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B5474" w14:textId="0198D6BE" w:rsidR="004D3610" w:rsidRDefault="000770FC">
      <w:pPr>
        <w:jc w:val="center"/>
      </w:pPr>
      <w:r>
        <w:rPr>
          <w:noProof/>
        </w:rPr>
        <w:drawing>
          <wp:inline distT="0" distB="0" distL="0" distR="0" wp14:anchorId="5F72F477" wp14:editId="581950F9">
            <wp:extent cx="1485900" cy="1485900"/>
            <wp:effectExtent l="0" t="0" r="0" b="0"/>
            <wp:docPr id="508551726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551726" name="Grafik 2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3C514" w14:textId="77777777" w:rsidR="004D3610" w:rsidRDefault="00AD3CF7">
      <w:pPr>
        <w:pStyle w:val="berschrift1"/>
        <w:jc w:val="center"/>
      </w:pPr>
      <w:r>
        <w:t>C4 – Einverständniserklärungen</w:t>
      </w:r>
    </w:p>
    <w:p w14:paraId="62AC490F" w14:textId="77777777" w:rsidR="004D3610" w:rsidRDefault="00AD3CF7">
      <w:pPr>
        <w:jc w:val="center"/>
      </w:pPr>
      <w:r>
        <w:rPr>
          <w:b/>
        </w:rPr>
        <w:t>Tierbetreuung für Hunde – Sarah Möller</w:t>
      </w:r>
    </w:p>
    <w:p w14:paraId="067BB884" w14:textId="77777777" w:rsidR="004D3610" w:rsidRDefault="00AD3CF7">
      <w:r>
        <w:t>Bitte lesen Sie die folgenden Erklärungen sorgfältig durch und kreuzen Sie die zutreffenden Punkte an.</w:t>
      </w:r>
    </w:p>
    <w:p w14:paraId="5362614A" w14:textId="77777777" w:rsidR="004D3610" w:rsidRDefault="00AD3CF7">
      <w:r>
        <w:rPr>
          <w:b/>
        </w:rPr>
        <w:t xml:space="preserve">☐ </w:t>
      </w:r>
      <w:r>
        <w:t>Ich bin damit einverstanden, dass mein Hund im Notfall einem Tierarzt oder einer Tierklinik vorgestellt wird, wenn ich oder meine Notfallkontakte nicht erreichbar sind.</w:t>
      </w:r>
    </w:p>
    <w:p w14:paraId="003B3CB6" w14:textId="77777777" w:rsidR="004D3610" w:rsidRDefault="00AD3CF7">
      <w:r>
        <w:rPr>
          <w:b/>
        </w:rPr>
        <w:t xml:space="preserve">☐ </w:t>
      </w:r>
      <w:r>
        <w:t>Ich bin mit der Verabreichung der von mir schriftlich angegebenen Medikamente einverstanden.</w:t>
      </w:r>
    </w:p>
    <w:p w14:paraId="7B94CA03" w14:textId="77777777" w:rsidR="004D3610" w:rsidRDefault="00AD3CF7">
      <w:r>
        <w:rPr>
          <w:b/>
        </w:rPr>
        <w:t xml:space="preserve">☐ </w:t>
      </w:r>
      <w:r>
        <w:t>Ich bin damit einverstanden, dass mein Hund für Betreuungsfahrten im Fahrzeug der Tierbetreuung transportiert wird.</w:t>
      </w:r>
    </w:p>
    <w:p w14:paraId="1616C244" w14:textId="77777777" w:rsidR="004D3610" w:rsidRDefault="00AD3CF7">
      <w:r>
        <w:rPr>
          <w:b/>
        </w:rPr>
        <w:t xml:space="preserve">☐ </w:t>
      </w:r>
      <w:r>
        <w:t>Ich bin damit einverstanden, dass Fotos meines Hundes während der Betreuung erstellt werden.</w:t>
      </w:r>
    </w:p>
    <w:p w14:paraId="02275F3B" w14:textId="77777777" w:rsidR="004D3610" w:rsidRDefault="00AD3CF7">
      <w:r>
        <w:rPr>
          <w:b/>
        </w:rPr>
        <w:t xml:space="preserve">☐ </w:t>
      </w:r>
      <w:r>
        <w:t>Ich erlaube die Veröffentlichung dieser Fotos auf Social Media oder in Werbematerialien. (freiwillig)</w:t>
      </w:r>
    </w:p>
    <w:p w14:paraId="3B7D1A93" w14:textId="77777777" w:rsidR="004D3610" w:rsidRDefault="00AD3CF7">
      <w:r>
        <w:rPr>
          <w:b/>
        </w:rPr>
        <w:t xml:space="preserve">☐ </w:t>
      </w:r>
      <w:r>
        <w:t>Ich bin damit einverstanden, dass meine angegebenen Kontaktdaten für organisatorische Zwecke genutzt werden.</w:t>
      </w:r>
    </w:p>
    <w:p w14:paraId="49713F76" w14:textId="77777777" w:rsidR="004D3610" w:rsidRDefault="00AD3CF7">
      <w:r>
        <w:rPr>
          <w:b/>
        </w:rPr>
        <w:t xml:space="preserve">☐ </w:t>
      </w:r>
      <w:r>
        <w:t>Ich bestätige, die Datenschutzerklärung erhalten bzw. zur Kenntnis genommen zu haben.</w:t>
      </w:r>
    </w:p>
    <w:p w14:paraId="189C7C58" w14:textId="77777777" w:rsidR="004D3610" w:rsidRDefault="00AD3CF7">
      <w:r>
        <w:rPr>
          <w:b/>
        </w:rPr>
        <w:t xml:space="preserve">☐ </w:t>
      </w:r>
      <w:r>
        <w:t>Ich bestätige, die AGB erhalten bzw. zur Kenntnis genommen zu haben.</w:t>
      </w:r>
    </w:p>
    <w:p w14:paraId="465AF3B7" w14:textId="77777777" w:rsidR="004D3610" w:rsidRDefault="00AD3CF7">
      <w:pPr>
        <w:pStyle w:val="berschrift2"/>
      </w:pPr>
      <w:r>
        <w:t>Hinweis</w:t>
      </w:r>
    </w:p>
    <w:p w14:paraId="2A4492B7" w14:textId="77777777" w:rsidR="004D3610" w:rsidRDefault="00AD3CF7">
      <w:r>
        <w:t>Einwilligungen können – soweit gesetzlich zulässig – jederzeit mit Wirkung für die Zukunft widerrufen werden. Der Widerruf berührt die Rechtmäßigkeit der bis dahin erfolgten Verarbeitung oder Maßnahmen nicht.</w:t>
      </w:r>
    </w:p>
    <w:p w14:paraId="23BD4B27" w14:textId="77777777" w:rsidR="004D3610" w:rsidRDefault="00AD3CF7">
      <w:pPr>
        <w:pStyle w:val="berschrift2"/>
      </w:pPr>
      <w:r>
        <w:t>Bestätigung</w:t>
      </w:r>
    </w:p>
    <w:p w14:paraId="2FF8D463" w14:textId="77777777" w:rsidR="004D3610" w:rsidRDefault="00AD3CF7">
      <w:r>
        <w:t>Mit meiner Unterschrift bestätige ich die oben getroffenen Angaben und Einwilligungen.</w:t>
      </w:r>
    </w:p>
    <w:p w14:paraId="77F89CCC" w14:textId="77777777" w:rsidR="004D3610" w:rsidRDefault="00AD3CF7">
      <w:r>
        <w:rPr>
          <w:b/>
        </w:rPr>
        <w:t>Ort</w:t>
      </w:r>
      <w:r>
        <w:br/>
        <w:t>_______________________________________________</w:t>
      </w:r>
    </w:p>
    <w:p w14:paraId="17A43F37" w14:textId="77777777" w:rsidR="004D3610" w:rsidRDefault="00AD3CF7">
      <w:r>
        <w:rPr>
          <w:b/>
        </w:rPr>
        <w:t>Datum</w:t>
      </w:r>
      <w:r>
        <w:br/>
        <w:t>_______________________________________________</w:t>
      </w:r>
    </w:p>
    <w:p w14:paraId="1319D343" w14:textId="77777777" w:rsidR="004D3610" w:rsidRDefault="00AD3CF7">
      <w:r>
        <w:t>Name des Hundehalters</w:t>
      </w:r>
    </w:p>
    <w:p w14:paraId="60CA603E" w14:textId="77777777" w:rsidR="004D3610" w:rsidRDefault="00AD3CF7">
      <w:r>
        <w:lastRenderedPageBreak/>
        <w:t>_______________________________________________</w:t>
      </w:r>
    </w:p>
    <w:p w14:paraId="4EDB1F7C" w14:textId="77777777" w:rsidR="004D3610" w:rsidRDefault="00AD3CF7">
      <w:r>
        <w:t>Unterschrift</w:t>
      </w:r>
    </w:p>
    <w:p w14:paraId="4753C6A4" w14:textId="77777777" w:rsidR="004D3610" w:rsidRDefault="00AD3CF7">
      <w:r>
        <w:t>_______________________________________________</w:t>
      </w:r>
    </w:p>
    <w:sectPr w:rsidR="004D3610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11159522">
    <w:abstractNumId w:val="8"/>
  </w:num>
  <w:num w:numId="2" w16cid:durableId="770080371">
    <w:abstractNumId w:val="6"/>
  </w:num>
  <w:num w:numId="3" w16cid:durableId="578952964">
    <w:abstractNumId w:val="5"/>
  </w:num>
  <w:num w:numId="4" w16cid:durableId="1958289371">
    <w:abstractNumId w:val="4"/>
  </w:num>
  <w:num w:numId="5" w16cid:durableId="222645724">
    <w:abstractNumId w:val="7"/>
  </w:num>
  <w:num w:numId="6" w16cid:durableId="1295983899">
    <w:abstractNumId w:val="3"/>
  </w:num>
  <w:num w:numId="7" w16cid:durableId="1443839319">
    <w:abstractNumId w:val="2"/>
  </w:num>
  <w:num w:numId="8" w16cid:durableId="1546141158">
    <w:abstractNumId w:val="1"/>
  </w:num>
  <w:num w:numId="9" w16cid:durableId="2099281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70FC"/>
    <w:rsid w:val="0015074B"/>
    <w:rsid w:val="0029639D"/>
    <w:rsid w:val="00326F90"/>
    <w:rsid w:val="00484E56"/>
    <w:rsid w:val="004D3610"/>
    <w:rsid w:val="00650B1F"/>
    <w:rsid w:val="00AA1D8D"/>
    <w:rsid w:val="00AD3CF7"/>
    <w:rsid w:val="00B47730"/>
    <w:rsid w:val="00CB0664"/>
    <w:rsid w:val="00E261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892259"/>
  <w14:defaultImageDpi w14:val="300"/>
  <w15:docId w15:val="{D3E71920-8C2A-4E9B-B9B4-01AA96DB6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Calibri" w:eastAsia="Calibri" w:hAnsi="Calibr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Sarah Möller</cp:lastModifiedBy>
  <cp:revision>3</cp:revision>
  <dcterms:created xsi:type="dcterms:W3CDTF">2026-07-24T06:53:00Z</dcterms:created>
  <dcterms:modified xsi:type="dcterms:W3CDTF">2026-07-25T10:24:00Z</dcterms:modified>
  <cp:category/>
</cp:coreProperties>
</file>