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EBC1" w14:textId="687C697C" w:rsidR="008100C0" w:rsidRDefault="00231955">
      <w:pPr>
        <w:jc w:val="center"/>
      </w:pPr>
      <w:r>
        <w:rPr>
          <w:noProof/>
        </w:rPr>
        <w:drawing>
          <wp:inline distT="0" distB="0" distL="0" distR="0" wp14:anchorId="07E7A366" wp14:editId="5C74425D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73510" w14:textId="77777777" w:rsidR="008100C0" w:rsidRDefault="00B81C58">
      <w:pPr>
        <w:pStyle w:val="berschrift1"/>
        <w:jc w:val="center"/>
      </w:pPr>
      <w:r>
        <w:t>C2 – Anmeldeformular</w:t>
      </w:r>
    </w:p>
    <w:p w14:paraId="16AB7A83" w14:textId="77777777" w:rsidR="008100C0" w:rsidRDefault="00B81C58">
      <w:pPr>
        <w:jc w:val="center"/>
      </w:pPr>
      <w:r>
        <w:rPr>
          <w:b/>
        </w:rPr>
        <w:t>Tierbetreuung für Hunde – Sarah Möller</w:t>
      </w:r>
    </w:p>
    <w:p w14:paraId="4B87A2F2" w14:textId="77777777" w:rsidR="008100C0" w:rsidRDefault="00B81C58">
      <w:r>
        <w:t>Bitte füllen Sie dieses Formular vollständig aus. Die Angaben dienen ausschließlich der Organisation und einer bestmöglichen Betreuung Ihres Hundes.</w:t>
      </w:r>
    </w:p>
    <w:p w14:paraId="2D82EFF6" w14:textId="77777777" w:rsidR="008100C0" w:rsidRDefault="00B81C58">
      <w:pPr>
        <w:pStyle w:val="berschrift2"/>
      </w:pPr>
      <w:r>
        <w:t>Angaben zum Hundehalter</w:t>
      </w:r>
    </w:p>
    <w:p w14:paraId="133C863D" w14:textId="77777777" w:rsidR="008100C0" w:rsidRDefault="00B81C58">
      <w:r>
        <w:rPr>
          <w:b/>
        </w:rPr>
        <w:t>Vor- und Nachname</w:t>
      </w:r>
      <w:r>
        <w:rPr>
          <w:b/>
        </w:rPr>
        <w:br/>
      </w:r>
      <w:r>
        <w:t>____________________________________________________________</w:t>
      </w:r>
    </w:p>
    <w:p w14:paraId="13F68BC8" w14:textId="77777777" w:rsidR="008100C0" w:rsidRDefault="00B81C58">
      <w:r>
        <w:rPr>
          <w:b/>
        </w:rPr>
        <w:t>Straße / Hausnummer</w:t>
      </w:r>
      <w:r>
        <w:rPr>
          <w:b/>
        </w:rPr>
        <w:br/>
      </w:r>
      <w:r>
        <w:t>____________________________________________________________</w:t>
      </w:r>
    </w:p>
    <w:p w14:paraId="745D4547" w14:textId="77777777" w:rsidR="008100C0" w:rsidRDefault="00B81C58">
      <w:r>
        <w:rPr>
          <w:b/>
        </w:rPr>
        <w:t>PLZ / Ort</w:t>
      </w:r>
      <w:r>
        <w:rPr>
          <w:b/>
        </w:rPr>
        <w:br/>
      </w:r>
      <w:r>
        <w:t>____________________________________________________________</w:t>
      </w:r>
    </w:p>
    <w:p w14:paraId="3937BBE4" w14:textId="77777777" w:rsidR="008100C0" w:rsidRDefault="00B81C58">
      <w:r>
        <w:rPr>
          <w:b/>
        </w:rPr>
        <w:t>Geburtsdatum (freiwillig)</w:t>
      </w:r>
      <w:r>
        <w:rPr>
          <w:b/>
        </w:rPr>
        <w:br/>
      </w:r>
      <w:r>
        <w:t>____________________________________________________________</w:t>
      </w:r>
    </w:p>
    <w:p w14:paraId="2A2FE07D" w14:textId="77777777" w:rsidR="008100C0" w:rsidRDefault="00B81C58">
      <w:pPr>
        <w:pStyle w:val="berschrift2"/>
      </w:pPr>
      <w:r>
        <w:t>Kontaktdaten</w:t>
      </w:r>
    </w:p>
    <w:p w14:paraId="09C3D9E7" w14:textId="77777777" w:rsidR="008100C0" w:rsidRDefault="00B81C58">
      <w:r>
        <w:rPr>
          <w:b/>
        </w:rPr>
        <w:t>Telefon</w:t>
      </w:r>
      <w:r>
        <w:rPr>
          <w:b/>
        </w:rPr>
        <w:br/>
      </w:r>
      <w:r>
        <w:t>____________________________________________________________</w:t>
      </w:r>
    </w:p>
    <w:p w14:paraId="398B3920" w14:textId="77777777" w:rsidR="008100C0" w:rsidRDefault="00B81C58">
      <w:r>
        <w:rPr>
          <w:b/>
        </w:rPr>
        <w:t>Mobil</w:t>
      </w:r>
      <w:r>
        <w:rPr>
          <w:b/>
        </w:rPr>
        <w:br/>
      </w:r>
      <w:r>
        <w:t>____________________________________________________________</w:t>
      </w:r>
    </w:p>
    <w:p w14:paraId="2D1B6209" w14:textId="77777777" w:rsidR="008100C0" w:rsidRDefault="00B81C58">
      <w:r>
        <w:rPr>
          <w:b/>
        </w:rPr>
        <w:t>E-Mail</w:t>
      </w:r>
      <w:r>
        <w:rPr>
          <w:b/>
        </w:rPr>
        <w:br/>
      </w:r>
      <w:r>
        <w:t>____________________________________________________________</w:t>
      </w:r>
    </w:p>
    <w:p w14:paraId="0E8CABD8" w14:textId="77777777" w:rsidR="008100C0" w:rsidRDefault="00B81C58">
      <w:pPr>
        <w:pStyle w:val="berschrift2"/>
      </w:pPr>
      <w:r>
        <w:t>Rechnungsanschrift</w:t>
      </w:r>
    </w:p>
    <w:p w14:paraId="45A93644" w14:textId="77777777" w:rsidR="008100C0" w:rsidRDefault="00B81C58">
      <w:r>
        <w:t>☐ Entspricht der Wohnanschrift</w:t>
      </w:r>
    </w:p>
    <w:p w14:paraId="07939C68" w14:textId="77777777" w:rsidR="008100C0" w:rsidRDefault="00B81C58">
      <w:r>
        <w:rPr>
          <w:b/>
        </w:rPr>
        <w:t>Abweichende Rechnungsanschrift</w:t>
      </w:r>
      <w:r>
        <w:rPr>
          <w:b/>
        </w:rPr>
        <w:br/>
      </w:r>
      <w:r>
        <w:t>____________________________________________________________</w:t>
      </w:r>
    </w:p>
    <w:p w14:paraId="44E4031E" w14:textId="77777777" w:rsidR="008100C0" w:rsidRDefault="00B81C58">
      <w:pPr>
        <w:pStyle w:val="berschrift2"/>
      </w:pPr>
      <w:r>
        <w:t>Notfallkontakt</w:t>
      </w:r>
    </w:p>
    <w:p w14:paraId="7A587EB8" w14:textId="77777777" w:rsidR="008100C0" w:rsidRDefault="00B81C58">
      <w:r>
        <w:rPr>
          <w:b/>
        </w:rPr>
        <w:t>Name</w:t>
      </w:r>
      <w:r>
        <w:rPr>
          <w:b/>
        </w:rPr>
        <w:br/>
      </w:r>
      <w:r>
        <w:t>____________________________________________________________</w:t>
      </w:r>
    </w:p>
    <w:p w14:paraId="30025D78" w14:textId="77777777" w:rsidR="008100C0" w:rsidRDefault="00B81C58">
      <w:r>
        <w:rPr>
          <w:b/>
        </w:rPr>
        <w:lastRenderedPageBreak/>
        <w:t>Beziehung zum Hundehalter</w:t>
      </w:r>
      <w:r>
        <w:rPr>
          <w:b/>
        </w:rPr>
        <w:br/>
      </w:r>
      <w:r>
        <w:t>____________________________________________________________</w:t>
      </w:r>
    </w:p>
    <w:p w14:paraId="65C88B8D" w14:textId="77777777" w:rsidR="008100C0" w:rsidRDefault="00B81C58">
      <w:r>
        <w:rPr>
          <w:b/>
        </w:rPr>
        <w:t>Telefon</w:t>
      </w:r>
      <w:r>
        <w:rPr>
          <w:b/>
        </w:rPr>
        <w:br/>
      </w:r>
      <w:r>
        <w:t>____________________________________________________________</w:t>
      </w:r>
    </w:p>
    <w:p w14:paraId="599E7A96" w14:textId="77777777" w:rsidR="008100C0" w:rsidRDefault="00B81C58">
      <w:pPr>
        <w:pStyle w:val="berschrift2"/>
      </w:pPr>
      <w:r>
        <w:t>Tierarzt</w:t>
      </w:r>
    </w:p>
    <w:p w14:paraId="2FD1A895" w14:textId="77777777" w:rsidR="008100C0" w:rsidRDefault="00B81C58">
      <w:r>
        <w:rPr>
          <w:b/>
        </w:rPr>
        <w:t>Tierarztpraxis</w:t>
      </w:r>
      <w:r>
        <w:rPr>
          <w:b/>
        </w:rPr>
        <w:br/>
      </w:r>
      <w:r>
        <w:t>____________________________________________________________</w:t>
      </w:r>
    </w:p>
    <w:p w14:paraId="193D18AC" w14:textId="77777777" w:rsidR="008100C0" w:rsidRDefault="00B81C58">
      <w:r>
        <w:rPr>
          <w:b/>
        </w:rPr>
        <w:t>Ansprechpartner</w:t>
      </w:r>
      <w:r>
        <w:rPr>
          <w:b/>
        </w:rPr>
        <w:br/>
      </w:r>
      <w:r>
        <w:t>____________________________________________________________</w:t>
      </w:r>
    </w:p>
    <w:p w14:paraId="57E84F55" w14:textId="77777777" w:rsidR="008100C0" w:rsidRDefault="00B81C58">
      <w:r>
        <w:rPr>
          <w:b/>
        </w:rPr>
        <w:t>Telefon</w:t>
      </w:r>
      <w:r>
        <w:rPr>
          <w:b/>
        </w:rPr>
        <w:br/>
      </w:r>
      <w:r>
        <w:t>____________________________________________________________</w:t>
      </w:r>
    </w:p>
    <w:p w14:paraId="06384959" w14:textId="77777777" w:rsidR="008100C0" w:rsidRDefault="00B81C58">
      <w:pPr>
        <w:pStyle w:val="berschrift2"/>
      </w:pPr>
      <w:r>
        <w:t>Tierhalterhaftpflicht</w:t>
      </w:r>
    </w:p>
    <w:p w14:paraId="38628A2A" w14:textId="77777777" w:rsidR="008100C0" w:rsidRDefault="00B81C58">
      <w:r>
        <w:t>☐ Ja    ☐ Nein</w:t>
      </w:r>
    </w:p>
    <w:p w14:paraId="375B34E4" w14:textId="77777777" w:rsidR="008100C0" w:rsidRDefault="00B81C58">
      <w:r>
        <w:rPr>
          <w:b/>
        </w:rPr>
        <w:t>Versicherung</w:t>
      </w:r>
      <w:r>
        <w:rPr>
          <w:b/>
        </w:rPr>
        <w:br/>
      </w:r>
      <w:r>
        <w:t>____________________________________________________________</w:t>
      </w:r>
    </w:p>
    <w:p w14:paraId="4108DB2E" w14:textId="77777777" w:rsidR="008100C0" w:rsidRDefault="00B81C58">
      <w:r>
        <w:rPr>
          <w:b/>
        </w:rPr>
        <w:t>Versicherungsnummer</w:t>
      </w:r>
      <w:r>
        <w:rPr>
          <w:b/>
        </w:rPr>
        <w:br/>
      </w:r>
      <w:r>
        <w:t>____________________________________________________________</w:t>
      </w:r>
    </w:p>
    <w:p w14:paraId="0BCD5113" w14:textId="77777777" w:rsidR="008100C0" w:rsidRDefault="00B81C58">
      <w:pPr>
        <w:pStyle w:val="berschrift2"/>
      </w:pPr>
      <w:r>
        <w:t>Gewünschte Betreuung</w:t>
      </w:r>
    </w:p>
    <w:p w14:paraId="5EAC05D1" w14:textId="77777777" w:rsidR="008100C0" w:rsidRDefault="00B81C58">
      <w:r>
        <w:t>☐ Tagesbetreuung</w:t>
      </w:r>
    </w:p>
    <w:p w14:paraId="0867FA72" w14:textId="77777777" w:rsidR="008100C0" w:rsidRDefault="00B81C58">
      <w:r>
        <w:t>☐ Stundenbetreuung</w:t>
      </w:r>
    </w:p>
    <w:p w14:paraId="17FFA0E3" w14:textId="77777777" w:rsidR="008100C0" w:rsidRDefault="00B81C58">
      <w:r>
        <w:t>☐ Wochenendbetreuung</w:t>
      </w:r>
    </w:p>
    <w:p w14:paraId="44CBE427" w14:textId="77777777" w:rsidR="008100C0" w:rsidRDefault="00B81C58">
      <w:r>
        <w:t>☐ Urlaubsbetreuung</w:t>
      </w:r>
    </w:p>
    <w:p w14:paraId="5CFC9524" w14:textId="77777777" w:rsidR="008100C0" w:rsidRDefault="00B81C58">
      <w:r>
        <w:t>☐ Dogwalking</w:t>
      </w:r>
    </w:p>
    <w:p w14:paraId="60F27246" w14:textId="77777777" w:rsidR="008100C0" w:rsidRDefault="00B81C58">
      <w:r>
        <w:t>☐ Maulkorbberatung</w:t>
      </w:r>
    </w:p>
    <w:p w14:paraId="5016CC5C" w14:textId="77777777" w:rsidR="008100C0" w:rsidRDefault="00B81C58">
      <w:r>
        <w:t>☐ Sonstiges: __________________________</w:t>
      </w:r>
    </w:p>
    <w:p w14:paraId="15AAB29A" w14:textId="77777777" w:rsidR="008100C0" w:rsidRDefault="00B81C58">
      <w:pPr>
        <w:pStyle w:val="berschrift2"/>
      </w:pPr>
      <w:r>
        <w:t>Betreuungsbeginn</w:t>
      </w:r>
    </w:p>
    <w:p w14:paraId="509274DE" w14:textId="77777777" w:rsidR="008100C0" w:rsidRDefault="00B81C58">
      <w:r>
        <w:rPr>
          <w:b/>
        </w:rPr>
        <w:t>Gewünschtes Datum</w:t>
      </w:r>
      <w:r>
        <w:rPr>
          <w:b/>
        </w:rPr>
        <w:br/>
      </w:r>
      <w:r>
        <w:t>____________________________________________________________</w:t>
      </w:r>
    </w:p>
    <w:p w14:paraId="1D9A47F6" w14:textId="77777777" w:rsidR="008100C0" w:rsidRDefault="00B81C58">
      <w:pPr>
        <w:pStyle w:val="berschrift2"/>
      </w:pPr>
      <w:r>
        <w:t>Abholberechtigte Personen</w:t>
      </w:r>
    </w:p>
    <w:p w14:paraId="42C75DA4" w14:textId="77777777" w:rsidR="008100C0" w:rsidRDefault="00B81C58">
      <w:r>
        <w:t>☐ Niemand außer mir</w:t>
      </w:r>
    </w:p>
    <w:p w14:paraId="75603C09" w14:textId="77777777" w:rsidR="008100C0" w:rsidRDefault="00B81C58">
      <w:r>
        <w:rPr>
          <w:b/>
        </w:rPr>
        <w:t>Weitere Personen</w:t>
      </w:r>
      <w:r>
        <w:rPr>
          <w:b/>
        </w:rPr>
        <w:br/>
      </w:r>
      <w:r>
        <w:t>____________________________________________________________</w:t>
      </w:r>
    </w:p>
    <w:p w14:paraId="07EC0ED9" w14:textId="77777777" w:rsidR="008100C0" w:rsidRDefault="00B81C58">
      <w:pPr>
        <w:pStyle w:val="berschrift2"/>
      </w:pPr>
      <w:r>
        <w:lastRenderedPageBreak/>
        <w:t>Bevorzugte Kommunikation</w:t>
      </w:r>
    </w:p>
    <w:p w14:paraId="06024BC4" w14:textId="77777777" w:rsidR="008100C0" w:rsidRDefault="00B81C58">
      <w:r>
        <w:t>☐ Telefon    ☐ WhatsApp    ☐ SMS    ☐ E-Mail</w:t>
      </w:r>
    </w:p>
    <w:p w14:paraId="212142C5" w14:textId="77777777" w:rsidR="008100C0" w:rsidRDefault="00B81C58">
      <w:pPr>
        <w:pStyle w:val="berschrift2"/>
      </w:pPr>
      <w:r>
        <w:t>Fotos während der Betreuung</w:t>
      </w:r>
    </w:p>
    <w:p w14:paraId="140B4B9F" w14:textId="77777777" w:rsidR="008100C0" w:rsidRDefault="00B81C58">
      <w:r>
        <w:t>☐ Ja</w:t>
      </w:r>
    </w:p>
    <w:p w14:paraId="1060D441" w14:textId="77777777" w:rsidR="008100C0" w:rsidRDefault="00B81C58">
      <w:r>
        <w:t>☐ Nein</w:t>
      </w:r>
    </w:p>
    <w:p w14:paraId="6DBB6BA5" w14:textId="77777777" w:rsidR="008100C0" w:rsidRDefault="00B81C58">
      <w:pPr>
        <w:pStyle w:val="berschrift2"/>
      </w:pPr>
      <w:r>
        <w:t>Weitere wichtige Hinweise</w:t>
      </w:r>
    </w:p>
    <w:p w14:paraId="4A1D9552" w14:textId="77777777" w:rsidR="008100C0" w:rsidRDefault="00B81C58">
      <w:r>
        <w:t>____________________________________________________________</w:t>
      </w:r>
    </w:p>
    <w:p w14:paraId="6BF658B5" w14:textId="77777777" w:rsidR="008100C0" w:rsidRDefault="00B81C58">
      <w:r>
        <w:t>____________________________________________________________</w:t>
      </w:r>
    </w:p>
    <w:p w14:paraId="64B60380" w14:textId="77777777" w:rsidR="008100C0" w:rsidRDefault="00B81C58">
      <w:r>
        <w:t>____________________________________________________________</w:t>
      </w:r>
    </w:p>
    <w:p w14:paraId="35B12722" w14:textId="77777777" w:rsidR="008100C0" w:rsidRDefault="00B81C58">
      <w:r>
        <w:t>____________________________________________________________</w:t>
      </w:r>
    </w:p>
    <w:p w14:paraId="683710D3" w14:textId="77777777" w:rsidR="008100C0" w:rsidRDefault="00B81C58">
      <w:r>
        <w:t>____________________________________________________________</w:t>
      </w:r>
    </w:p>
    <w:p w14:paraId="238D67D0" w14:textId="77777777" w:rsidR="008100C0" w:rsidRDefault="00B81C58">
      <w:pPr>
        <w:pStyle w:val="berschrift2"/>
      </w:pPr>
      <w:r>
        <w:t>Erklärung</w:t>
      </w:r>
    </w:p>
    <w:p w14:paraId="02D46564" w14:textId="77777777" w:rsidR="008100C0" w:rsidRDefault="00B81C58">
      <w:r>
        <w:t>Ich bestätige, dass die gemachten Angaben vollständig und wahrheitsgemäß sind. Änderungen werde ich der Tierbetreuung für Hunde unverzüglich mitteilen.</w:t>
      </w:r>
    </w:p>
    <w:p w14:paraId="2942641A" w14:textId="77777777" w:rsidR="008100C0" w:rsidRDefault="00B81C58">
      <w:r>
        <w:rPr>
          <w:b/>
        </w:rPr>
        <w:t>Ort</w:t>
      </w:r>
      <w:r>
        <w:rPr>
          <w:b/>
        </w:rPr>
        <w:br/>
      </w:r>
      <w:r>
        <w:t>____________________________________________________________</w:t>
      </w:r>
    </w:p>
    <w:p w14:paraId="73070AD1" w14:textId="77777777" w:rsidR="008100C0" w:rsidRDefault="00B81C58">
      <w:r>
        <w:rPr>
          <w:b/>
        </w:rPr>
        <w:t>Datum</w:t>
      </w:r>
      <w:r>
        <w:rPr>
          <w:b/>
        </w:rPr>
        <w:br/>
      </w:r>
      <w:r>
        <w:t>____________________________________________________________</w:t>
      </w:r>
    </w:p>
    <w:p w14:paraId="7036EECE" w14:textId="77777777" w:rsidR="008100C0" w:rsidRDefault="00B81C58">
      <w:r>
        <w:br/>
        <w:t>Unterschrift Hundehalter</w:t>
      </w:r>
    </w:p>
    <w:p w14:paraId="067450D9" w14:textId="77777777" w:rsidR="008100C0" w:rsidRDefault="00B81C58">
      <w:r>
        <w:t>____________________________________________________________</w:t>
      </w:r>
    </w:p>
    <w:sectPr w:rsidR="008100C0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4559607">
    <w:abstractNumId w:val="8"/>
  </w:num>
  <w:num w:numId="2" w16cid:durableId="1275404564">
    <w:abstractNumId w:val="6"/>
  </w:num>
  <w:num w:numId="3" w16cid:durableId="420418222">
    <w:abstractNumId w:val="5"/>
  </w:num>
  <w:num w:numId="4" w16cid:durableId="618493695">
    <w:abstractNumId w:val="4"/>
  </w:num>
  <w:num w:numId="5" w16cid:durableId="955940382">
    <w:abstractNumId w:val="7"/>
  </w:num>
  <w:num w:numId="6" w16cid:durableId="125126418">
    <w:abstractNumId w:val="3"/>
  </w:num>
  <w:num w:numId="7" w16cid:durableId="1614746978">
    <w:abstractNumId w:val="2"/>
  </w:num>
  <w:num w:numId="8" w16cid:durableId="1071197064">
    <w:abstractNumId w:val="1"/>
  </w:num>
  <w:num w:numId="9" w16cid:durableId="32139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5E8"/>
    <w:rsid w:val="00231955"/>
    <w:rsid w:val="0029639D"/>
    <w:rsid w:val="00326F90"/>
    <w:rsid w:val="008100C0"/>
    <w:rsid w:val="0091166C"/>
    <w:rsid w:val="00AA1D8D"/>
    <w:rsid w:val="00B47730"/>
    <w:rsid w:val="00B81C58"/>
    <w:rsid w:val="00CB0664"/>
    <w:rsid w:val="00EB6E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5B07A"/>
  <w14:defaultImageDpi w14:val="300"/>
  <w15:docId w15:val="{00FE01CE-9318-4ACF-85D4-574DA3EF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3</cp:revision>
  <dcterms:created xsi:type="dcterms:W3CDTF">2026-07-24T06:52:00Z</dcterms:created>
  <dcterms:modified xsi:type="dcterms:W3CDTF">2026-07-25T10:13:00Z</dcterms:modified>
  <cp:category/>
</cp:coreProperties>
</file>