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D8257" w14:textId="2D3ECC56" w:rsidR="00813824" w:rsidRDefault="00A22109">
      <w:pPr>
        <w:jc w:val="center"/>
      </w:pPr>
      <w:r>
        <w:rPr>
          <w:noProof/>
        </w:rPr>
        <w:drawing>
          <wp:inline distT="0" distB="0" distL="0" distR="0" wp14:anchorId="5D31B99C" wp14:editId="57AA829E">
            <wp:extent cx="1485900" cy="1485900"/>
            <wp:effectExtent l="0" t="0" r="0" b="0"/>
            <wp:docPr id="508551726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8551726" name="Grafik 2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0E156D" w14:textId="77777777" w:rsidR="00813824" w:rsidRDefault="00027929">
      <w:pPr>
        <w:pStyle w:val="berschrift1"/>
        <w:jc w:val="center"/>
      </w:pPr>
      <w:r>
        <w:t>C6 – Gesundheitsbogen</w:t>
      </w:r>
    </w:p>
    <w:p w14:paraId="1858DDED" w14:textId="77777777" w:rsidR="00813824" w:rsidRDefault="00027929">
      <w:pPr>
        <w:jc w:val="center"/>
      </w:pPr>
      <w:r>
        <w:rPr>
          <w:b/>
        </w:rPr>
        <w:t>Tierbetreuung für Hunde – Sarah Möller</w:t>
      </w:r>
    </w:p>
    <w:p w14:paraId="24469315" w14:textId="77777777" w:rsidR="00813824" w:rsidRDefault="00027929">
      <w:r>
        <w:t>Bitte geben Sie alle gesundheitlich relevanten Informationen zu Ihrem Hund an. Diese Angaben dienen der sicheren und individuellen Betreuung.</w:t>
      </w:r>
    </w:p>
    <w:p w14:paraId="42855922" w14:textId="77777777" w:rsidR="00813824" w:rsidRDefault="00027929">
      <w:pPr>
        <w:pStyle w:val="berschrift2"/>
      </w:pPr>
      <w:r>
        <w:t>Grundlegende Gesundheitsangaben</w:t>
      </w:r>
    </w:p>
    <w:p w14:paraId="10B9324A" w14:textId="77777777" w:rsidR="00813824" w:rsidRDefault="00027929">
      <w:r>
        <w:t>☐ Mein Hund ist gesund.</w:t>
      </w:r>
    </w:p>
    <w:p w14:paraId="2BCAF88E" w14:textId="77777777" w:rsidR="00813824" w:rsidRDefault="00027929">
      <w:r>
        <w:t>☐ Mein Hund befindet sich aktuell in tierärztlicher Behandlung.</w:t>
      </w:r>
    </w:p>
    <w:p w14:paraId="24AE37DA" w14:textId="77777777" w:rsidR="00813824" w:rsidRDefault="00027929">
      <w:r>
        <w:t>☐ Mein Hund erhält regelmäßig Medikamente.</w:t>
      </w:r>
    </w:p>
    <w:p w14:paraId="4AA17EFC" w14:textId="77777777" w:rsidR="00813824" w:rsidRDefault="00027929">
      <w:pPr>
        <w:pStyle w:val="berschrift2"/>
      </w:pPr>
      <w:r>
        <w:t>Bekannte Erkrankungen</w:t>
      </w:r>
    </w:p>
    <w:p w14:paraId="30916CC1" w14:textId="77777777" w:rsidR="00813824" w:rsidRDefault="00027929">
      <w:r>
        <w:t>☐ Allergien</w:t>
      </w:r>
    </w:p>
    <w:p w14:paraId="5605EE78" w14:textId="77777777" w:rsidR="00813824" w:rsidRDefault="00027929">
      <w:r>
        <w:t>☐ Futtermittelunverträglichkeiten</w:t>
      </w:r>
    </w:p>
    <w:p w14:paraId="3C9A60F0" w14:textId="77777777" w:rsidR="00813824" w:rsidRDefault="00027929">
      <w:r>
        <w:t>☐ Herz-Kreislauf-Erkrankungen</w:t>
      </w:r>
    </w:p>
    <w:p w14:paraId="0985ADE2" w14:textId="77777777" w:rsidR="00813824" w:rsidRDefault="00027929">
      <w:r>
        <w:t>☐ Gelenk- oder Bewegungseinschränkungen</w:t>
      </w:r>
    </w:p>
    <w:p w14:paraId="686C70A5" w14:textId="77777777" w:rsidR="00813824" w:rsidRDefault="00027929">
      <w:r>
        <w:t>☐ Epilepsie</w:t>
      </w:r>
    </w:p>
    <w:p w14:paraId="232A56F7" w14:textId="77777777" w:rsidR="00813824" w:rsidRDefault="00027929">
      <w:r>
        <w:t>☐ Diabetes</w:t>
      </w:r>
    </w:p>
    <w:p w14:paraId="2A570039" w14:textId="77777777" w:rsidR="00813824" w:rsidRDefault="00027929">
      <w:r>
        <w:t>☐ Inkontinenz</w:t>
      </w:r>
    </w:p>
    <w:p w14:paraId="66B050EA" w14:textId="77777777" w:rsidR="00813824" w:rsidRDefault="00027929">
      <w:r>
        <w:t>☐ Seh- oder Hörbeeinträchtigung</w:t>
      </w:r>
    </w:p>
    <w:p w14:paraId="151D026B" w14:textId="77777777" w:rsidR="00813824" w:rsidRDefault="00027929">
      <w:r>
        <w:t>☐ Sonstige Erkrankungen</w:t>
      </w:r>
    </w:p>
    <w:p w14:paraId="14F27B72" w14:textId="77777777" w:rsidR="00813824" w:rsidRDefault="00027929">
      <w:r>
        <w:rPr>
          <w:b/>
        </w:rPr>
        <w:t>Bitte erläutern Sie die Erkrankungen</w:t>
      </w:r>
      <w:r>
        <w:rPr>
          <w:b/>
        </w:rPr>
        <w:br/>
      </w:r>
      <w:r>
        <w:t>____________________________________________________________</w:t>
      </w:r>
    </w:p>
    <w:p w14:paraId="35767D36" w14:textId="77777777" w:rsidR="00813824" w:rsidRDefault="00027929">
      <w:pPr>
        <w:pStyle w:val="berschrift2"/>
      </w:pPr>
      <w:r>
        <w:t>Medikamente</w:t>
      </w:r>
    </w:p>
    <w:p w14:paraId="1DAE4E52" w14:textId="77777777" w:rsidR="00813824" w:rsidRDefault="00027929">
      <w:r>
        <w:rPr>
          <w:b/>
        </w:rPr>
        <w:t>Welche Medikamente erhält Ihr Hund?</w:t>
      </w:r>
      <w:r>
        <w:rPr>
          <w:b/>
        </w:rPr>
        <w:br/>
      </w:r>
      <w:r>
        <w:t>____________________________________________________________</w:t>
      </w:r>
    </w:p>
    <w:p w14:paraId="42FF6120" w14:textId="77777777" w:rsidR="00813824" w:rsidRDefault="00027929">
      <w:r>
        <w:rPr>
          <w:b/>
        </w:rPr>
        <w:lastRenderedPageBreak/>
        <w:t>Dosierung und Uhrzeiten</w:t>
      </w:r>
      <w:r>
        <w:rPr>
          <w:b/>
        </w:rPr>
        <w:br/>
      </w:r>
      <w:r>
        <w:t>____________________________________________________________</w:t>
      </w:r>
    </w:p>
    <w:p w14:paraId="5A3DF173" w14:textId="77777777" w:rsidR="00813824" w:rsidRDefault="00027929">
      <w:pPr>
        <w:pStyle w:val="berschrift2"/>
      </w:pPr>
      <w:r>
        <w:t>Besondere Pflege</w:t>
      </w:r>
    </w:p>
    <w:p w14:paraId="1564A70A" w14:textId="77777777" w:rsidR="00813824" w:rsidRDefault="00027929">
      <w:r>
        <w:t>☐ Regelmäßige Fellpflege erforderlich</w:t>
      </w:r>
    </w:p>
    <w:p w14:paraId="5168F170" w14:textId="77777777" w:rsidR="00813824" w:rsidRDefault="00027929">
      <w:r>
        <w:t>☐ Augenpflege</w:t>
      </w:r>
    </w:p>
    <w:p w14:paraId="4203487A" w14:textId="77777777" w:rsidR="00813824" w:rsidRDefault="00027929">
      <w:r>
        <w:t>☐ Ohrenpflege</w:t>
      </w:r>
    </w:p>
    <w:p w14:paraId="130054A7" w14:textId="77777777" w:rsidR="00813824" w:rsidRDefault="00027929">
      <w:r>
        <w:t>☐ Pfotenpflege</w:t>
      </w:r>
    </w:p>
    <w:p w14:paraId="0EBC4677" w14:textId="77777777" w:rsidR="00813824" w:rsidRDefault="00027929">
      <w:r>
        <w:t>☐ Sonstige Pflege</w:t>
      </w:r>
    </w:p>
    <w:p w14:paraId="67E7F4C2" w14:textId="77777777" w:rsidR="00813824" w:rsidRDefault="00027929">
      <w:r>
        <w:rPr>
          <w:b/>
        </w:rPr>
        <w:t>Weitere Hinweise zur Pflege</w:t>
      </w:r>
      <w:r>
        <w:rPr>
          <w:b/>
        </w:rPr>
        <w:br/>
      </w:r>
      <w:r>
        <w:t>____________________________________________________________</w:t>
      </w:r>
    </w:p>
    <w:p w14:paraId="48A592CA" w14:textId="77777777" w:rsidR="00813824" w:rsidRDefault="00027929">
      <w:pPr>
        <w:pStyle w:val="berschrift2"/>
      </w:pPr>
      <w:r>
        <w:t>Aktuelle Gesundheit</w:t>
      </w:r>
    </w:p>
    <w:p w14:paraId="12FD20D5" w14:textId="77777777" w:rsidR="00813824" w:rsidRDefault="00027929">
      <w:r>
        <w:t>☐ Keine bekannten ansteckenden Erkrankungen</w:t>
      </w:r>
    </w:p>
    <w:p w14:paraId="13E14FDE" w14:textId="77777777" w:rsidR="00813824" w:rsidRDefault="00027929">
      <w:r>
        <w:t>☐ Der Hund hatte in den letzten 14 Tagen keinen Durchfall oder Erbrechen</w:t>
      </w:r>
    </w:p>
    <w:p w14:paraId="45C1ABE0" w14:textId="77777777" w:rsidR="00813824" w:rsidRDefault="00027929">
      <w:r>
        <w:t>☐ Impfstatus ist aktuell (gemäß tierärztlicher Empfehlung)</w:t>
      </w:r>
    </w:p>
    <w:p w14:paraId="31EB7B01" w14:textId="77777777" w:rsidR="00813824" w:rsidRDefault="00027929">
      <w:pPr>
        <w:pStyle w:val="berschrift2"/>
      </w:pPr>
      <w:r>
        <w:t>Notizen</w:t>
      </w:r>
    </w:p>
    <w:p w14:paraId="31DAABE8" w14:textId="77777777" w:rsidR="00813824" w:rsidRDefault="00027929">
      <w:r>
        <w:t>____________________________________________________________</w:t>
      </w:r>
    </w:p>
    <w:p w14:paraId="2D01B541" w14:textId="77777777" w:rsidR="00813824" w:rsidRDefault="00027929">
      <w:r>
        <w:t>____________________________________________________________</w:t>
      </w:r>
    </w:p>
    <w:p w14:paraId="35934D84" w14:textId="77777777" w:rsidR="00813824" w:rsidRDefault="00027929">
      <w:r>
        <w:t>____________________________________________________________</w:t>
      </w:r>
    </w:p>
    <w:p w14:paraId="6F117EB1" w14:textId="77777777" w:rsidR="00813824" w:rsidRDefault="00027929">
      <w:r>
        <w:t>____________________________________________________________</w:t>
      </w:r>
    </w:p>
    <w:p w14:paraId="0D363FEB" w14:textId="77777777" w:rsidR="00813824" w:rsidRDefault="00027929">
      <w:r>
        <w:t>____________________________________________________________</w:t>
      </w:r>
    </w:p>
    <w:p w14:paraId="753ED855" w14:textId="77777777" w:rsidR="00813824" w:rsidRDefault="00027929">
      <w:r>
        <w:t>____________________________________________________________</w:t>
      </w:r>
    </w:p>
    <w:p w14:paraId="06FE3D67" w14:textId="77777777" w:rsidR="00813824" w:rsidRDefault="00027929">
      <w:pPr>
        <w:pStyle w:val="berschrift2"/>
      </w:pPr>
      <w:r>
        <w:t>Erklärung</w:t>
      </w:r>
    </w:p>
    <w:p w14:paraId="62864A18" w14:textId="77777777" w:rsidR="00813824" w:rsidRDefault="00027929">
      <w:r>
        <w:t>Ich bestätige, dass alle Angaben vollständig und wahrheitsgemäß sind und informiere die Tierbetreuung für Hunde unverzüglich über gesundheitliche Veränderungen.</w:t>
      </w:r>
    </w:p>
    <w:p w14:paraId="54D564F7" w14:textId="77777777" w:rsidR="00813824" w:rsidRDefault="00027929">
      <w:r>
        <w:rPr>
          <w:b/>
        </w:rPr>
        <w:t>Ort</w:t>
      </w:r>
      <w:r>
        <w:rPr>
          <w:b/>
        </w:rPr>
        <w:br/>
      </w:r>
      <w:r>
        <w:t>____________________________________________________________</w:t>
      </w:r>
    </w:p>
    <w:p w14:paraId="198F474D" w14:textId="77777777" w:rsidR="00813824" w:rsidRDefault="00027929">
      <w:r>
        <w:rPr>
          <w:b/>
        </w:rPr>
        <w:t>Datum</w:t>
      </w:r>
      <w:r>
        <w:rPr>
          <w:b/>
        </w:rPr>
        <w:br/>
      </w:r>
      <w:r>
        <w:t>____________________________________________________________</w:t>
      </w:r>
    </w:p>
    <w:p w14:paraId="28AF1A35" w14:textId="77777777" w:rsidR="00813824" w:rsidRDefault="00027929">
      <w:r>
        <w:t>Name des Hundehalters</w:t>
      </w:r>
    </w:p>
    <w:p w14:paraId="608D36CC" w14:textId="77777777" w:rsidR="00813824" w:rsidRDefault="00027929">
      <w:r>
        <w:t>____________________________________________________________</w:t>
      </w:r>
    </w:p>
    <w:p w14:paraId="247C1E42" w14:textId="77777777" w:rsidR="00813824" w:rsidRDefault="00027929">
      <w:r>
        <w:lastRenderedPageBreak/>
        <w:t>Unterschrift</w:t>
      </w:r>
    </w:p>
    <w:p w14:paraId="48A17DE7" w14:textId="77777777" w:rsidR="00813824" w:rsidRDefault="00027929">
      <w:r>
        <w:t>____________________________________________________________</w:t>
      </w:r>
    </w:p>
    <w:sectPr w:rsidR="00813824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71653806">
    <w:abstractNumId w:val="8"/>
  </w:num>
  <w:num w:numId="2" w16cid:durableId="2109346980">
    <w:abstractNumId w:val="6"/>
  </w:num>
  <w:num w:numId="3" w16cid:durableId="1611208029">
    <w:abstractNumId w:val="5"/>
  </w:num>
  <w:num w:numId="4" w16cid:durableId="1005473916">
    <w:abstractNumId w:val="4"/>
  </w:num>
  <w:num w:numId="5" w16cid:durableId="564798126">
    <w:abstractNumId w:val="7"/>
  </w:num>
  <w:num w:numId="6" w16cid:durableId="976647687">
    <w:abstractNumId w:val="3"/>
  </w:num>
  <w:num w:numId="7" w16cid:durableId="688604905">
    <w:abstractNumId w:val="2"/>
  </w:num>
  <w:num w:numId="8" w16cid:durableId="1062102572">
    <w:abstractNumId w:val="1"/>
  </w:num>
  <w:num w:numId="9" w16cid:durableId="843201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7929"/>
    <w:rsid w:val="00034616"/>
    <w:rsid w:val="0006063C"/>
    <w:rsid w:val="0015074B"/>
    <w:rsid w:val="00290477"/>
    <w:rsid w:val="0029639D"/>
    <w:rsid w:val="00326F90"/>
    <w:rsid w:val="00813824"/>
    <w:rsid w:val="00823080"/>
    <w:rsid w:val="00A22109"/>
    <w:rsid w:val="00AA1D8D"/>
    <w:rsid w:val="00AB73A2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9359B3"/>
  <w14:defaultImageDpi w14:val="300"/>
  <w15:docId w15:val="{3F926FFB-5B77-4305-BF96-35F1C880E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rPr>
      <w:rFonts w:ascii="Calibri" w:eastAsia="Calibri" w:hAnsi="Calibri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Sarah Möller</cp:lastModifiedBy>
  <cp:revision>3</cp:revision>
  <dcterms:created xsi:type="dcterms:W3CDTF">2026-07-24T06:55:00Z</dcterms:created>
  <dcterms:modified xsi:type="dcterms:W3CDTF">2026-07-25T10:25:00Z</dcterms:modified>
  <cp:category/>
</cp:coreProperties>
</file>