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0863" w14:textId="3059B00C" w:rsidR="00D27DE3" w:rsidRPr="009E7FC1" w:rsidRDefault="00733E72">
      <w:pPr>
        <w:jc w:val="center"/>
        <w:rPr>
          <w:lang w:val="de-DE"/>
        </w:rPr>
      </w:pPr>
      <w:r>
        <w:rPr>
          <w:noProof/>
        </w:rPr>
        <w:drawing>
          <wp:inline distT="0" distB="0" distL="0" distR="0" wp14:anchorId="7BC38004" wp14:editId="16131A7C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A54A" w14:textId="77777777" w:rsidR="00D27DE3" w:rsidRDefault="001111D0">
      <w:pPr>
        <w:pStyle w:val="berschrift1"/>
        <w:jc w:val="center"/>
      </w:pPr>
      <w:r>
        <w:t xml:space="preserve">C3 – </w:t>
      </w:r>
      <w:proofErr w:type="spellStart"/>
      <w:r>
        <w:t>Angaben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Hund</w:t>
      </w:r>
    </w:p>
    <w:p w14:paraId="32BBF43B" w14:textId="77777777" w:rsidR="00D27DE3" w:rsidRDefault="001111D0">
      <w:pPr>
        <w:jc w:val="center"/>
      </w:pPr>
      <w:r>
        <w:rPr>
          <w:b/>
        </w:rPr>
        <w:t>Tierbetreuung für Hunde – Sarah Möller</w:t>
      </w:r>
    </w:p>
    <w:p w14:paraId="6F954815" w14:textId="77777777" w:rsidR="00D27DE3" w:rsidRDefault="001111D0">
      <w:r>
        <w:t>Bitte füllen Sie die folgenden Angaben möglichst vollständig aus. Sie helfen dabei, Ihren Hund individuell und sicher zu betreuen.</w:t>
      </w:r>
    </w:p>
    <w:p w14:paraId="4CFB46DD" w14:textId="77777777" w:rsidR="00D27DE3" w:rsidRDefault="001111D0">
      <w:pPr>
        <w:pStyle w:val="berschrift2"/>
      </w:pPr>
      <w:r>
        <w:t>Grunddaten</w:t>
      </w:r>
    </w:p>
    <w:p w14:paraId="5EDA623A" w14:textId="77777777" w:rsidR="00D27DE3" w:rsidRDefault="001111D0">
      <w:r>
        <w:rPr>
          <w:b/>
        </w:rPr>
        <w:t>Name des Hundes</w:t>
      </w:r>
      <w:r>
        <w:rPr>
          <w:b/>
        </w:rPr>
        <w:br/>
      </w:r>
      <w:r>
        <w:t>____________________________________________________________</w:t>
      </w:r>
    </w:p>
    <w:p w14:paraId="7AF73205" w14:textId="77777777" w:rsidR="00D27DE3" w:rsidRDefault="001111D0">
      <w:r>
        <w:rPr>
          <w:b/>
        </w:rPr>
        <w:t>Rufname</w:t>
      </w:r>
      <w:r>
        <w:rPr>
          <w:b/>
        </w:rPr>
        <w:br/>
      </w:r>
      <w:r>
        <w:t>____________________________________________________________</w:t>
      </w:r>
    </w:p>
    <w:p w14:paraId="7846D9AE" w14:textId="77777777" w:rsidR="00D27DE3" w:rsidRDefault="001111D0">
      <w:r>
        <w:rPr>
          <w:b/>
        </w:rPr>
        <w:t>Rasse</w:t>
      </w:r>
      <w:r>
        <w:rPr>
          <w:b/>
        </w:rPr>
        <w:br/>
      </w:r>
      <w:r>
        <w:t>____________________________________________________________</w:t>
      </w:r>
    </w:p>
    <w:p w14:paraId="5119EFC1" w14:textId="77777777" w:rsidR="00D27DE3" w:rsidRDefault="001111D0">
      <w:r>
        <w:rPr>
          <w:b/>
        </w:rPr>
        <w:t>Geburtsdatum / Alter</w:t>
      </w:r>
      <w:r>
        <w:rPr>
          <w:b/>
        </w:rPr>
        <w:br/>
      </w:r>
      <w:r>
        <w:t>____________________________________________________________</w:t>
      </w:r>
    </w:p>
    <w:p w14:paraId="6B0FAF94" w14:textId="77777777" w:rsidR="00D27DE3" w:rsidRDefault="001111D0">
      <w:r>
        <w:t>☐ Rüde    ☐ Hündin</w:t>
      </w:r>
    </w:p>
    <w:p w14:paraId="53CFB341" w14:textId="77777777" w:rsidR="00D27DE3" w:rsidRDefault="001111D0">
      <w:r>
        <w:t>☐ Ja    ☐ Nein</w:t>
      </w:r>
    </w:p>
    <w:p w14:paraId="621CB36E" w14:textId="77777777" w:rsidR="00D27DE3" w:rsidRDefault="001111D0">
      <w:r>
        <w:rPr>
          <w:b/>
        </w:rPr>
        <w:t>Chipnummer</w:t>
      </w:r>
      <w:r>
        <w:rPr>
          <w:b/>
        </w:rPr>
        <w:br/>
      </w:r>
      <w:r>
        <w:t>____________________________________________________________</w:t>
      </w:r>
    </w:p>
    <w:p w14:paraId="021C759B" w14:textId="77777777" w:rsidR="00D27DE3" w:rsidRDefault="001111D0">
      <w:r>
        <w:t>☐ Ja    ☐ Nein</w:t>
      </w:r>
    </w:p>
    <w:p w14:paraId="18D86B57" w14:textId="77777777" w:rsidR="00D27DE3" w:rsidRDefault="001111D0">
      <w:pPr>
        <w:pStyle w:val="berschrift2"/>
      </w:pPr>
      <w:r>
        <w:t>Gesundheit</w:t>
      </w:r>
    </w:p>
    <w:p w14:paraId="419AACA5" w14:textId="77777777" w:rsidR="00D27DE3" w:rsidRDefault="001111D0">
      <w:r>
        <w:t>☐ Allergien</w:t>
      </w:r>
    </w:p>
    <w:p w14:paraId="65DDFDB9" w14:textId="77777777" w:rsidR="00D27DE3" w:rsidRDefault="001111D0">
      <w:r>
        <w:t>☐ Unverträglichkeiten</w:t>
      </w:r>
    </w:p>
    <w:p w14:paraId="105B7C80" w14:textId="77777777" w:rsidR="00D27DE3" w:rsidRDefault="001111D0">
      <w:r>
        <w:t>☐ Chronische Erkrankungen</w:t>
      </w:r>
    </w:p>
    <w:p w14:paraId="20C3E942" w14:textId="77777777" w:rsidR="00D27DE3" w:rsidRDefault="001111D0">
      <w:r>
        <w:t>☐ Medikamente</w:t>
      </w:r>
    </w:p>
    <w:p w14:paraId="16D849A4" w14:textId="77777777" w:rsidR="00D27DE3" w:rsidRDefault="001111D0">
      <w:r>
        <w:t>☐ Inkontinenz</w:t>
      </w:r>
    </w:p>
    <w:p w14:paraId="028DE90E" w14:textId="77777777" w:rsidR="00D27DE3" w:rsidRDefault="001111D0">
      <w:r>
        <w:lastRenderedPageBreak/>
        <w:t>☐ Läufigkeit (Hündin)</w:t>
      </w:r>
    </w:p>
    <w:p w14:paraId="193274B6" w14:textId="77777777" w:rsidR="00D27DE3" w:rsidRDefault="001111D0">
      <w:r>
        <w:t>☐ Einschränkungen</w:t>
      </w:r>
    </w:p>
    <w:p w14:paraId="3FB42D8E" w14:textId="77777777" w:rsidR="00D27DE3" w:rsidRDefault="001111D0">
      <w:r>
        <w:rPr>
          <w:b/>
        </w:rPr>
        <w:t>Besonderheiten</w:t>
      </w:r>
      <w:r>
        <w:rPr>
          <w:b/>
        </w:rPr>
        <w:br/>
      </w:r>
      <w:r>
        <w:t>____________________________________________________________</w:t>
      </w:r>
    </w:p>
    <w:p w14:paraId="7E447D58" w14:textId="77777777" w:rsidR="00D27DE3" w:rsidRDefault="001111D0">
      <w:pPr>
        <w:pStyle w:val="berschrift2"/>
      </w:pPr>
      <w:r>
        <w:t>Fütterung</w:t>
      </w:r>
    </w:p>
    <w:p w14:paraId="2489943A" w14:textId="77777777" w:rsidR="00D27DE3" w:rsidRDefault="001111D0">
      <w:r>
        <w:rPr>
          <w:b/>
        </w:rPr>
        <w:t>Futtersorte</w:t>
      </w:r>
      <w:r>
        <w:rPr>
          <w:b/>
        </w:rPr>
        <w:br/>
      </w:r>
      <w:r>
        <w:t>____________________________________________________________</w:t>
      </w:r>
    </w:p>
    <w:p w14:paraId="4D084744" w14:textId="77777777" w:rsidR="00D27DE3" w:rsidRDefault="001111D0">
      <w:r>
        <w:rPr>
          <w:b/>
        </w:rPr>
        <w:t>Futtermenge</w:t>
      </w:r>
      <w:r>
        <w:rPr>
          <w:b/>
        </w:rPr>
        <w:br/>
      </w:r>
      <w:r>
        <w:t>____________________________________________________________</w:t>
      </w:r>
    </w:p>
    <w:p w14:paraId="51A2DF82" w14:textId="77777777" w:rsidR="00D27DE3" w:rsidRDefault="001111D0">
      <w:r>
        <w:rPr>
          <w:b/>
        </w:rPr>
        <w:t>Fütterungszeiten</w:t>
      </w:r>
      <w:r>
        <w:rPr>
          <w:b/>
        </w:rPr>
        <w:br/>
      </w:r>
      <w:r>
        <w:t>____________________________________________________________</w:t>
      </w:r>
    </w:p>
    <w:p w14:paraId="706555F7" w14:textId="77777777" w:rsidR="00D27DE3" w:rsidRDefault="001111D0">
      <w:r>
        <w:rPr>
          <w:b/>
        </w:rPr>
        <w:t>Leckerlis erlaubt / nicht erlaubt</w:t>
      </w:r>
      <w:r>
        <w:rPr>
          <w:b/>
        </w:rPr>
        <w:br/>
      </w:r>
      <w:r>
        <w:t>____________________________________________________________</w:t>
      </w:r>
    </w:p>
    <w:p w14:paraId="7A9FD977" w14:textId="77777777" w:rsidR="00D27DE3" w:rsidRDefault="001111D0">
      <w:pPr>
        <w:pStyle w:val="berschrift2"/>
      </w:pPr>
      <w:r>
        <w:t>Verhalten</w:t>
      </w:r>
    </w:p>
    <w:p w14:paraId="6166AA6E" w14:textId="77777777" w:rsidR="00D27DE3" w:rsidRDefault="001111D0">
      <w:r>
        <w:t>☐ Verträglich mit Hunden</w:t>
      </w:r>
    </w:p>
    <w:p w14:paraId="3AA53612" w14:textId="77777777" w:rsidR="00D27DE3" w:rsidRDefault="001111D0">
      <w:r>
        <w:t>☐ Verträglich mit Menschen</w:t>
      </w:r>
    </w:p>
    <w:p w14:paraId="6F1830E5" w14:textId="77777777" w:rsidR="00D27DE3" w:rsidRDefault="001111D0">
      <w:r>
        <w:t>☐ Jagdtrieb</w:t>
      </w:r>
    </w:p>
    <w:p w14:paraId="0E18B1AA" w14:textId="77777777" w:rsidR="00D27DE3" w:rsidRDefault="001111D0">
      <w:r>
        <w:t>☐ Ängstlich</w:t>
      </w:r>
    </w:p>
    <w:p w14:paraId="64646C98" w14:textId="77777777" w:rsidR="00D27DE3" w:rsidRDefault="001111D0">
      <w:r>
        <w:t>☐ Maulkorb gewohnt</w:t>
      </w:r>
    </w:p>
    <w:p w14:paraId="7BA6F901" w14:textId="77777777" w:rsidR="00D27DE3" w:rsidRDefault="001111D0">
      <w:r>
        <w:t>☐ Kann alleine bleiben</w:t>
      </w:r>
    </w:p>
    <w:p w14:paraId="4FAB89E2" w14:textId="77777777" w:rsidR="00D27DE3" w:rsidRDefault="001111D0">
      <w:r>
        <w:rPr>
          <w:b/>
        </w:rPr>
        <w:t>Besondere Gewohnheiten</w:t>
      </w:r>
      <w:r>
        <w:rPr>
          <w:b/>
        </w:rPr>
        <w:br/>
      </w:r>
      <w:r>
        <w:t>____________________________________________________________</w:t>
      </w:r>
    </w:p>
    <w:p w14:paraId="02D579F3" w14:textId="77777777" w:rsidR="00D27DE3" w:rsidRDefault="001111D0">
      <w:r>
        <w:rPr>
          <w:b/>
        </w:rPr>
        <w:t>Was mag Ihr Hund besonders?</w:t>
      </w:r>
      <w:r>
        <w:rPr>
          <w:b/>
        </w:rPr>
        <w:br/>
      </w:r>
      <w:r>
        <w:t>____________________________________________________________</w:t>
      </w:r>
    </w:p>
    <w:p w14:paraId="52B40065" w14:textId="77777777" w:rsidR="00D27DE3" w:rsidRDefault="001111D0">
      <w:r>
        <w:rPr>
          <w:b/>
        </w:rPr>
        <w:t>Was sollte unbedingt vermieden werden?</w:t>
      </w:r>
      <w:r>
        <w:rPr>
          <w:b/>
        </w:rPr>
        <w:br/>
      </w:r>
      <w:r>
        <w:t>____________________________________________________________</w:t>
      </w:r>
    </w:p>
    <w:p w14:paraId="5E800779" w14:textId="77777777" w:rsidR="00D27DE3" w:rsidRDefault="001111D0">
      <w:pPr>
        <w:pStyle w:val="berschrift2"/>
      </w:pPr>
      <w:r>
        <w:t>Notizen</w:t>
      </w:r>
    </w:p>
    <w:p w14:paraId="70AB8332" w14:textId="77777777" w:rsidR="00D27DE3" w:rsidRDefault="001111D0">
      <w:r>
        <w:t>____________________________________________________________</w:t>
      </w:r>
    </w:p>
    <w:p w14:paraId="7ED517FC" w14:textId="77777777" w:rsidR="00D27DE3" w:rsidRDefault="001111D0">
      <w:r>
        <w:t>____________________________________________________________</w:t>
      </w:r>
    </w:p>
    <w:p w14:paraId="50062471" w14:textId="77777777" w:rsidR="00D27DE3" w:rsidRDefault="001111D0">
      <w:r>
        <w:t>____________________________________________________________</w:t>
      </w:r>
    </w:p>
    <w:p w14:paraId="16B0F3AC" w14:textId="77777777" w:rsidR="00D27DE3" w:rsidRDefault="001111D0">
      <w:r>
        <w:t>____________________________________________________________</w:t>
      </w:r>
    </w:p>
    <w:p w14:paraId="1D80C130" w14:textId="77777777" w:rsidR="00D27DE3" w:rsidRDefault="001111D0">
      <w:r>
        <w:lastRenderedPageBreak/>
        <w:t>____________________________________________________________</w:t>
      </w:r>
    </w:p>
    <w:p w14:paraId="6F800EA6" w14:textId="77777777" w:rsidR="00D27DE3" w:rsidRDefault="001111D0">
      <w:r>
        <w:t>____________________________________________________________</w:t>
      </w:r>
    </w:p>
    <w:p w14:paraId="1EBEE9B2" w14:textId="77777777" w:rsidR="00D27DE3" w:rsidRDefault="001111D0">
      <w:pPr>
        <w:pStyle w:val="berschrift2"/>
      </w:pPr>
      <w:r>
        <w:t>Bestätigung</w:t>
      </w:r>
    </w:p>
    <w:p w14:paraId="1D182104" w14:textId="77777777" w:rsidR="00D27DE3" w:rsidRDefault="001111D0">
      <w:r>
        <w:t>Ich bestätige, dass die Angaben vollständig und aktuell sind. Änderungen teile ich der Tierbetreuung für Hunde unverzüglich mit.</w:t>
      </w:r>
    </w:p>
    <w:p w14:paraId="41B757A4" w14:textId="77777777" w:rsidR="00D27DE3" w:rsidRDefault="001111D0">
      <w:r>
        <w:rPr>
          <w:b/>
        </w:rPr>
        <w:t>Ort</w:t>
      </w:r>
      <w:r>
        <w:rPr>
          <w:b/>
        </w:rPr>
        <w:br/>
      </w:r>
      <w:r>
        <w:t>____________________________________________________________</w:t>
      </w:r>
    </w:p>
    <w:p w14:paraId="31AA0978" w14:textId="77777777" w:rsidR="00D27DE3" w:rsidRDefault="001111D0">
      <w:r>
        <w:rPr>
          <w:b/>
        </w:rPr>
        <w:t>Datum</w:t>
      </w:r>
      <w:r>
        <w:rPr>
          <w:b/>
        </w:rPr>
        <w:br/>
      </w:r>
      <w:r>
        <w:t>____________________________________________________________</w:t>
      </w:r>
    </w:p>
    <w:p w14:paraId="633A00BB" w14:textId="77777777" w:rsidR="00D27DE3" w:rsidRDefault="001111D0">
      <w:r>
        <w:t>Unterschrift Hundehalter</w:t>
      </w:r>
    </w:p>
    <w:p w14:paraId="433AF25B" w14:textId="77777777" w:rsidR="00D27DE3" w:rsidRDefault="001111D0">
      <w:r>
        <w:t>____________________________________________________________</w:t>
      </w:r>
    </w:p>
    <w:sectPr w:rsidR="00D27DE3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4264276">
    <w:abstractNumId w:val="8"/>
  </w:num>
  <w:num w:numId="2" w16cid:durableId="1232739712">
    <w:abstractNumId w:val="6"/>
  </w:num>
  <w:num w:numId="3" w16cid:durableId="573667863">
    <w:abstractNumId w:val="5"/>
  </w:num>
  <w:num w:numId="4" w16cid:durableId="1130394065">
    <w:abstractNumId w:val="4"/>
  </w:num>
  <w:num w:numId="5" w16cid:durableId="1380931854">
    <w:abstractNumId w:val="7"/>
  </w:num>
  <w:num w:numId="6" w16cid:durableId="2126074505">
    <w:abstractNumId w:val="3"/>
  </w:num>
  <w:num w:numId="7" w16cid:durableId="624624117">
    <w:abstractNumId w:val="2"/>
  </w:num>
  <w:num w:numId="8" w16cid:durableId="1700013407">
    <w:abstractNumId w:val="1"/>
  </w:num>
  <w:num w:numId="9" w16cid:durableId="2085494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DE7"/>
    <w:rsid w:val="001111D0"/>
    <w:rsid w:val="0015074B"/>
    <w:rsid w:val="002430BE"/>
    <w:rsid w:val="0029639D"/>
    <w:rsid w:val="00326F90"/>
    <w:rsid w:val="00733E72"/>
    <w:rsid w:val="009E7FC1"/>
    <w:rsid w:val="00AA1D8D"/>
    <w:rsid w:val="00B47730"/>
    <w:rsid w:val="00CB0664"/>
    <w:rsid w:val="00D27DE3"/>
    <w:rsid w:val="00DE54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BE8E3"/>
  <w14:defaultImageDpi w14:val="300"/>
  <w15:docId w15:val="{E5FBD5F9-9B19-49F2-BBA7-5C18F8B0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4</cp:revision>
  <dcterms:created xsi:type="dcterms:W3CDTF">2026-07-24T06:53:00Z</dcterms:created>
  <dcterms:modified xsi:type="dcterms:W3CDTF">2026-07-25T10:23:00Z</dcterms:modified>
  <cp:category/>
</cp:coreProperties>
</file>