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14D3A" w14:textId="2CA59A9D" w:rsidR="00DC6E86" w:rsidRDefault="004E33BE">
      <w:pPr>
        <w:jc w:val="center"/>
      </w:pPr>
      <w:r>
        <w:rPr>
          <w:noProof/>
        </w:rPr>
        <w:drawing>
          <wp:inline distT="0" distB="0" distL="0" distR="0" wp14:anchorId="6829435D" wp14:editId="120A27D2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C74FF" w14:textId="77777777" w:rsidR="00DC6E86" w:rsidRDefault="005B3303">
      <w:pPr>
        <w:pStyle w:val="berschrift1"/>
        <w:jc w:val="center"/>
      </w:pPr>
      <w:r>
        <w:t>C7 – Verhalten &amp; Gewohnheiten</w:t>
      </w:r>
    </w:p>
    <w:p w14:paraId="21E14D0E" w14:textId="77777777" w:rsidR="00DC6E86" w:rsidRDefault="005B3303">
      <w:pPr>
        <w:jc w:val="center"/>
      </w:pPr>
      <w:r>
        <w:rPr>
          <w:b/>
        </w:rPr>
        <w:t>Tierbetreuung für Hunde – Sarah Möller</w:t>
      </w:r>
    </w:p>
    <w:p w14:paraId="5B55D392" w14:textId="77777777" w:rsidR="00DC6E86" w:rsidRDefault="005B3303">
      <w:r>
        <w:t>Bitte beschreiben Sie das Verhalten und die Gewohnheiten Ihres Hundes möglichst genau. Diese Informationen helfen dabei, die Betreuung individuell und sicher zu gestalten.</w:t>
      </w:r>
    </w:p>
    <w:p w14:paraId="06A27ECE" w14:textId="77777777" w:rsidR="00DC6E86" w:rsidRDefault="005B3303">
      <w:pPr>
        <w:pStyle w:val="berschrift2"/>
      </w:pPr>
      <w:r>
        <w:t>Allgemeines Verhalten</w:t>
      </w:r>
    </w:p>
    <w:p w14:paraId="22E7547E" w14:textId="77777777" w:rsidR="00DC6E86" w:rsidRDefault="005B3303">
      <w:r>
        <w:t>☐ Freundlich gegenüber Menschen</w:t>
      </w:r>
    </w:p>
    <w:p w14:paraId="1FA12D55" w14:textId="77777777" w:rsidR="00DC6E86" w:rsidRDefault="005B3303">
      <w:r>
        <w:t>☐ Freundlich gegenüber Hunden</w:t>
      </w:r>
    </w:p>
    <w:p w14:paraId="0554DB44" w14:textId="77777777" w:rsidR="00DC6E86" w:rsidRDefault="005B3303">
      <w:r>
        <w:t>☐ Unsicher / ängstlich</w:t>
      </w:r>
    </w:p>
    <w:p w14:paraId="236C7AD3" w14:textId="77777777" w:rsidR="00DC6E86" w:rsidRDefault="005B3303">
      <w:r>
        <w:t>☐ Jagdtrieb vorhanden</w:t>
      </w:r>
    </w:p>
    <w:p w14:paraId="13B0B032" w14:textId="77777777" w:rsidR="00DC6E86" w:rsidRDefault="005B3303">
      <w:r>
        <w:t>☐ Territorial</w:t>
      </w:r>
    </w:p>
    <w:p w14:paraId="7C6422D6" w14:textId="77777777" w:rsidR="00DC6E86" w:rsidRDefault="005B3303">
      <w:r>
        <w:t>☐ Bellfreudig</w:t>
      </w:r>
    </w:p>
    <w:p w14:paraId="2899602F" w14:textId="77777777" w:rsidR="00DC6E86" w:rsidRDefault="005B3303">
      <w:r>
        <w:t>☐ Kann alleine bleiben</w:t>
      </w:r>
    </w:p>
    <w:p w14:paraId="1F0BA90B" w14:textId="77777777" w:rsidR="00DC6E86" w:rsidRDefault="005B3303">
      <w:r>
        <w:t>☐ Autofahren problemlos</w:t>
      </w:r>
    </w:p>
    <w:p w14:paraId="1D60C6CB" w14:textId="77777777" w:rsidR="00DC6E86" w:rsidRDefault="005B3303">
      <w:pPr>
        <w:pStyle w:val="berschrift2"/>
      </w:pPr>
      <w:r>
        <w:t>Umgang im Alltag</w:t>
      </w:r>
    </w:p>
    <w:p w14:paraId="24B70B47" w14:textId="77777777" w:rsidR="00DC6E86" w:rsidRDefault="005B3303">
      <w:r>
        <w:t>☐ Maulkorb gewohnt</w:t>
      </w:r>
    </w:p>
    <w:p w14:paraId="1D3858BE" w14:textId="77777777" w:rsidR="00DC6E86" w:rsidRDefault="005B3303">
      <w:r>
        <w:t>☐ Leinenführig</w:t>
      </w:r>
    </w:p>
    <w:p w14:paraId="15B14279" w14:textId="77777777" w:rsidR="00DC6E86" w:rsidRDefault="005B3303">
      <w:r>
        <w:t>☐ Rückruf zuverlässig</w:t>
      </w:r>
    </w:p>
    <w:p w14:paraId="4C4FE071" w14:textId="77777777" w:rsidR="00DC6E86" w:rsidRDefault="005B3303">
      <w:r>
        <w:t>☐ Kennt Grundkommandos</w:t>
      </w:r>
    </w:p>
    <w:p w14:paraId="2F6229A4" w14:textId="77777777" w:rsidR="00DC6E86" w:rsidRDefault="005B3303">
      <w:r>
        <w:t>☐ Treppensteigen möglich</w:t>
      </w:r>
    </w:p>
    <w:p w14:paraId="63E44334" w14:textId="77777777" w:rsidR="00DC6E86" w:rsidRDefault="005B3303">
      <w:r>
        <w:t>☐ Stubenrein</w:t>
      </w:r>
    </w:p>
    <w:p w14:paraId="46F31ECC" w14:textId="77777777" w:rsidR="00DC6E86" w:rsidRDefault="005B3303">
      <w:pPr>
        <w:pStyle w:val="berschrift2"/>
      </w:pPr>
      <w:r>
        <w:t>Besondere Gewohnheiten</w:t>
      </w:r>
    </w:p>
    <w:p w14:paraId="77F14A14" w14:textId="77777777" w:rsidR="00DC6E86" w:rsidRDefault="005B3303">
      <w:r>
        <w:rPr>
          <w:b/>
        </w:rPr>
        <w:t>Lieblingsbeschäftigungen</w:t>
      </w:r>
      <w:r>
        <w:rPr>
          <w:b/>
        </w:rPr>
        <w:br/>
      </w:r>
      <w:r>
        <w:t>____________________________________________________________</w:t>
      </w:r>
    </w:p>
    <w:p w14:paraId="7EB3D686" w14:textId="77777777" w:rsidR="00DC6E86" w:rsidRDefault="005B3303">
      <w:r>
        <w:rPr>
          <w:b/>
        </w:rPr>
        <w:lastRenderedPageBreak/>
        <w:t>Belohnungen / Lieblingsleckerlis</w:t>
      </w:r>
      <w:r>
        <w:rPr>
          <w:b/>
        </w:rPr>
        <w:br/>
      </w:r>
      <w:r>
        <w:t>____________________________________________________________</w:t>
      </w:r>
    </w:p>
    <w:p w14:paraId="5439DD39" w14:textId="77777777" w:rsidR="00DC6E86" w:rsidRDefault="005B3303">
      <w:r>
        <w:rPr>
          <w:b/>
        </w:rPr>
        <w:t>Wovor hat Ihr Hund Angst?</w:t>
      </w:r>
      <w:r>
        <w:rPr>
          <w:b/>
        </w:rPr>
        <w:br/>
      </w:r>
      <w:r>
        <w:t>____________________________________________________________</w:t>
      </w:r>
    </w:p>
    <w:p w14:paraId="4AE8A800" w14:textId="77777777" w:rsidR="00DC6E86" w:rsidRDefault="005B3303">
      <w:r>
        <w:rPr>
          <w:b/>
        </w:rPr>
        <w:t>Was sollte unbedingt vermieden werden?</w:t>
      </w:r>
      <w:r>
        <w:rPr>
          <w:b/>
        </w:rPr>
        <w:br/>
      </w:r>
      <w:r>
        <w:t>____________________________________________________________</w:t>
      </w:r>
    </w:p>
    <w:p w14:paraId="5A81EF1A" w14:textId="77777777" w:rsidR="00DC6E86" w:rsidRDefault="005B3303">
      <w:r>
        <w:rPr>
          <w:b/>
        </w:rPr>
        <w:t>Wie reagiert Ihr Hund in Stresssituationen?</w:t>
      </w:r>
      <w:r>
        <w:rPr>
          <w:b/>
        </w:rPr>
        <w:br/>
      </w:r>
      <w:r>
        <w:t>____________________________________________________________</w:t>
      </w:r>
    </w:p>
    <w:p w14:paraId="45BE8FE3" w14:textId="77777777" w:rsidR="00DC6E86" w:rsidRDefault="005B3303">
      <w:pPr>
        <w:pStyle w:val="berschrift2"/>
      </w:pPr>
      <w:r>
        <w:t>Zusammenleben</w:t>
      </w:r>
    </w:p>
    <w:p w14:paraId="3AA2D055" w14:textId="77777777" w:rsidR="00DC6E86" w:rsidRDefault="005B3303">
      <w:r>
        <w:rPr>
          <w:b/>
        </w:rPr>
        <w:t>Umgang mit Kindern</w:t>
      </w:r>
      <w:r>
        <w:rPr>
          <w:b/>
        </w:rPr>
        <w:br/>
      </w:r>
      <w:r>
        <w:t>____________________________________________________________</w:t>
      </w:r>
    </w:p>
    <w:p w14:paraId="131F10B1" w14:textId="77777777" w:rsidR="00DC6E86" w:rsidRDefault="005B3303">
      <w:r>
        <w:rPr>
          <w:b/>
        </w:rPr>
        <w:t>Umgang mit fremden Menschen</w:t>
      </w:r>
      <w:r>
        <w:rPr>
          <w:b/>
        </w:rPr>
        <w:br/>
      </w:r>
      <w:r>
        <w:t>____________________________________________________________</w:t>
      </w:r>
    </w:p>
    <w:p w14:paraId="29D0188A" w14:textId="77777777" w:rsidR="00DC6E86" w:rsidRDefault="005B3303">
      <w:r>
        <w:rPr>
          <w:b/>
        </w:rPr>
        <w:t>Umgang mit anderen Hunden</w:t>
      </w:r>
      <w:r>
        <w:rPr>
          <w:b/>
        </w:rPr>
        <w:br/>
      </w:r>
      <w:r>
        <w:t>____________________________________________________________</w:t>
      </w:r>
    </w:p>
    <w:p w14:paraId="2F4A2F7D" w14:textId="77777777" w:rsidR="00DC6E86" w:rsidRDefault="005B3303">
      <w:r>
        <w:rPr>
          <w:b/>
        </w:rPr>
        <w:t>Weitere wichtige Informationen</w:t>
      </w:r>
      <w:r>
        <w:rPr>
          <w:b/>
        </w:rPr>
        <w:br/>
      </w:r>
      <w:r>
        <w:t>____________________________________________________________</w:t>
      </w:r>
    </w:p>
    <w:p w14:paraId="4C0CA195" w14:textId="77777777" w:rsidR="00DC6E86" w:rsidRDefault="005B3303">
      <w:pPr>
        <w:pStyle w:val="berschrift2"/>
      </w:pPr>
      <w:r>
        <w:t>Notizen</w:t>
      </w:r>
    </w:p>
    <w:p w14:paraId="1B9F9C6F" w14:textId="77777777" w:rsidR="00DC6E86" w:rsidRDefault="005B3303">
      <w:r>
        <w:t>____________________________________________________________</w:t>
      </w:r>
    </w:p>
    <w:p w14:paraId="554116DB" w14:textId="77777777" w:rsidR="00DC6E86" w:rsidRDefault="005B3303">
      <w:r>
        <w:t>____________________________________________________________</w:t>
      </w:r>
    </w:p>
    <w:p w14:paraId="3D16A2CE" w14:textId="77777777" w:rsidR="00DC6E86" w:rsidRDefault="005B3303">
      <w:r>
        <w:t>____________________________________________________________</w:t>
      </w:r>
    </w:p>
    <w:p w14:paraId="28708B1C" w14:textId="77777777" w:rsidR="00DC6E86" w:rsidRDefault="005B3303">
      <w:r>
        <w:t>____________________________________________________________</w:t>
      </w:r>
    </w:p>
    <w:p w14:paraId="00957596" w14:textId="77777777" w:rsidR="00DC6E86" w:rsidRDefault="005B3303">
      <w:r>
        <w:t>____________________________________________________________</w:t>
      </w:r>
    </w:p>
    <w:p w14:paraId="00CCA8C1" w14:textId="77777777" w:rsidR="00DC6E86" w:rsidRDefault="005B3303">
      <w:r>
        <w:t>____________________________________________________________</w:t>
      </w:r>
    </w:p>
    <w:p w14:paraId="46729C80" w14:textId="77777777" w:rsidR="00DC6E86" w:rsidRDefault="005B3303">
      <w:pPr>
        <w:pStyle w:val="berschrift2"/>
      </w:pPr>
      <w:r>
        <w:t>Erklärung</w:t>
      </w:r>
    </w:p>
    <w:p w14:paraId="35EABC2B" w14:textId="77777777" w:rsidR="00DC6E86" w:rsidRDefault="005B3303">
      <w:r>
        <w:t>Ich bestätige, dass die Angaben vollständig und wahrheitsgemäß sind. Änderungen im Verhalten meines Hundes teile ich der Tierbetreuung für Hunde unverzüglich mit.</w:t>
      </w:r>
    </w:p>
    <w:p w14:paraId="09418ACD" w14:textId="77777777" w:rsidR="00DC6E86" w:rsidRDefault="005B3303">
      <w:r>
        <w:rPr>
          <w:b/>
        </w:rPr>
        <w:t>Ort</w:t>
      </w:r>
      <w:r>
        <w:rPr>
          <w:b/>
        </w:rPr>
        <w:br/>
      </w:r>
      <w:r>
        <w:t>____________________________________________________________</w:t>
      </w:r>
    </w:p>
    <w:p w14:paraId="32769165" w14:textId="77777777" w:rsidR="00DC6E86" w:rsidRDefault="005B3303">
      <w:r>
        <w:rPr>
          <w:b/>
        </w:rPr>
        <w:t>Datum</w:t>
      </w:r>
      <w:r>
        <w:rPr>
          <w:b/>
        </w:rPr>
        <w:br/>
      </w:r>
      <w:r>
        <w:t>____________________________________________________________</w:t>
      </w:r>
    </w:p>
    <w:p w14:paraId="09B4AF01" w14:textId="77777777" w:rsidR="00DC6E86" w:rsidRDefault="005B3303">
      <w:r>
        <w:t>Name des Hundehalters</w:t>
      </w:r>
    </w:p>
    <w:p w14:paraId="73AA6EA2" w14:textId="77777777" w:rsidR="00DC6E86" w:rsidRDefault="005B3303">
      <w:r>
        <w:lastRenderedPageBreak/>
        <w:t>____________________________________________________________</w:t>
      </w:r>
    </w:p>
    <w:p w14:paraId="6C6342AC" w14:textId="77777777" w:rsidR="00DC6E86" w:rsidRDefault="005B3303">
      <w:r>
        <w:t>Unterschrift</w:t>
      </w:r>
    </w:p>
    <w:p w14:paraId="3701AA36" w14:textId="77777777" w:rsidR="00DC6E86" w:rsidRDefault="005B3303">
      <w:r>
        <w:t>____________________________________________________________</w:t>
      </w:r>
    </w:p>
    <w:sectPr w:rsidR="00DC6E86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3442257">
    <w:abstractNumId w:val="8"/>
  </w:num>
  <w:num w:numId="2" w16cid:durableId="1528370328">
    <w:abstractNumId w:val="6"/>
  </w:num>
  <w:num w:numId="3" w16cid:durableId="536622332">
    <w:abstractNumId w:val="5"/>
  </w:num>
  <w:num w:numId="4" w16cid:durableId="1327591535">
    <w:abstractNumId w:val="4"/>
  </w:num>
  <w:num w:numId="5" w16cid:durableId="1423336200">
    <w:abstractNumId w:val="7"/>
  </w:num>
  <w:num w:numId="6" w16cid:durableId="1963488706">
    <w:abstractNumId w:val="3"/>
  </w:num>
  <w:num w:numId="7" w16cid:durableId="501821129">
    <w:abstractNumId w:val="2"/>
  </w:num>
  <w:num w:numId="8" w16cid:durableId="305624454">
    <w:abstractNumId w:val="1"/>
  </w:num>
  <w:num w:numId="9" w16cid:durableId="170158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E33BE"/>
    <w:rsid w:val="005B3303"/>
    <w:rsid w:val="00820AB6"/>
    <w:rsid w:val="00AA098B"/>
    <w:rsid w:val="00AA1D8D"/>
    <w:rsid w:val="00B47730"/>
    <w:rsid w:val="00CB0664"/>
    <w:rsid w:val="00CF04A1"/>
    <w:rsid w:val="00DC6E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2EE00"/>
  <w14:defaultImageDpi w14:val="300"/>
  <w15:docId w15:val="{5D4542A5-6DC1-4588-A750-A8A0E95F3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3</cp:revision>
  <dcterms:created xsi:type="dcterms:W3CDTF">2026-07-24T06:56:00Z</dcterms:created>
  <dcterms:modified xsi:type="dcterms:W3CDTF">2026-07-25T10:26:00Z</dcterms:modified>
  <cp:category/>
</cp:coreProperties>
</file>