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11537" w14:textId="7FF11889" w:rsidR="00E63930" w:rsidRDefault="006F675D">
      <w:pPr>
        <w:jc w:val="center"/>
      </w:pPr>
      <w:r>
        <w:rPr>
          <w:noProof/>
        </w:rPr>
        <w:drawing>
          <wp:inline distT="0" distB="0" distL="0" distR="0" wp14:anchorId="5F474358" wp14:editId="4BEF5F4F">
            <wp:extent cx="1485900" cy="1485900"/>
            <wp:effectExtent l="0" t="0" r="0" b="0"/>
            <wp:docPr id="5085517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51726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7BF56" w14:textId="77777777" w:rsidR="00E63930" w:rsidRDefault="006C3EF7">
      <w:pPr>
        <w:pStyle w:val="berschrift1"/>
        <w:jc w:val="center"/>
      </w:pPr>
      <w:r>
        <w:t>Betreuungsvertrag</w:t>
      </w:r>
    </w:p>
    <w:p w14:paraId="4B2436B6" w14:textId="77777777" w:rsidR="00E63930" w:rsidRDefault="006C3EF7">
      <w:pPr>
        <w:jc w:val="center"/>
      </w:pPr>
      <w:r>
        <w:rPr>
          <w:b/>
        </w:rPr>
        <w:t>Tierbetreuung für Hunde – Sarah Möller</w:t>
      </w:r>
    </w:p>
    <w:p w14:paraId="4753B052" w14:textId="77777777" w:rsidR="00E63930" w:rsidRDefault="006C3EF7">
      <w:pPr>
        <w:pStyle w:val="berschrift2"/>
      </w:pPr>
      <w:r>
        <w:t>1. Vertragspartner</w:t>
      </w:r>
    </w:p>
    <w:p w14:paraId="70A00936" w14:textId="77777777" w:rsidR="00E63930" w:rsidRDefault="006C3EF7">
      <w:pPr>
        <w:pStyle w:val="berschrift3"/>
      </w:pPr>
      <w:r>
        <w:t>Tierhalter</w:t>
      </w:r>
    </w:p>
    <w:p w14:paraId="468E4B23" w14:textId="77777777" w:rsidR="00E63930" w:rsidRDefault="006C3EF7">
      <w:r>
        <w:rPr>
          <w:b/>
        </w:rPr>
        <w:t>Name:</w:t>
      </w:r>
      <w:r>
        <w:t xml:space="preserve"> ______________________________________________</w:t>
      </w:r>
    </w:p>
    <w:p w14:paraId="5BE5548E" w14:textId="77777777" w:rsidR="00E63930" w:rsidRDefault="006C3EF7">
      <w:r>
        <w:rPr>
          <w:b/>
        </w:rPr>
        <w:t>Anschrift:</w:t>
      </w:r>
      <w:r>
        <w:t xml:space="preserve"> ______________________________________________</w:t>
      </w:r>
    </w:p>
    <w:p w14:paraId="07E9B96F" w14:textId="77777777" w:rsidR="00E63930" w:rsidRDefault="006C3EF7">
      <w:r>
        <w:rPr>
          <w:b/>
        </w:rPr>
        <w:t>PLZ / Ort:</w:t>
      </w:r>
      <w:r>
        <w:t xml:space="preserve"> ______________________________________________</w:t>
      </w:r>
    </w:p>
    <w:p w14:paraId="2C7B95BE" w14:textId="77777777" w:rsidR="00E63930" w:rsidRDefault="006C3EF7">
      <w:r>
        <w:rPr>
          <w:b/>
        </w:rPr>
        <w:t>Telefon:</w:t>
      </w:r>
      <w:r>
        <w:t xml:space="preserve"> ______________________________________________</w:t>
      </w:r>
    </w:p>
    <w:p w14:paraId="1C2C5944" w14:textId="77777777" w:rsidR="00E63930" w:rsidRDefault="006C3EF7">
      <w:r>
        <w:rPr>
          <w:b/>
        </w:rPr>
        <w:t>Mobil:</w:t>
      </w:r>
      <w:r>
        <w:t xml:space="preserve"> ______________________________________________</w:t>
      </w:r>
    </w:p>
    <w:p w14:paraId="6C6944DE" w14:textId="77777777" w:rsidR="00E63930" w:rsidRDefault="006C3EF7">
      <w:r>
        <w:rPr>
          <w:b/>
        </w:rPr>
        <w:t>E-Mail:</w:t>
      </w:r>
      <w:r>
        <w:t xml:space="preserve"> ______________________________________________</w:t>
      </w:r>
    </w:p>
    <w:p w14:paraId="1D83D736" w14:textId="77777777" w:rsidR="00E63930" w:rsidRDefault="006C3EF7">
      <w:pPr>
        <w:pStyle w:val="berschrift3"/>
      </w:pPr>
      <w:r>
        <w:t>Tierbetreuung</w:t>
      </w:r>
    </w:p>
    <w:p w14:paraId="65E3EF15" w14:textId="77777777" w:rsidR="00E63930" w:rsidRDefault="006C3EF7">
      <w:r>
        <w:t>Tierbetreuung für Hunde</w:t>
      </w:r>
      <w:r>
        <w:br/>
        <w:t>Inhaberin: Sarah Möller</w:t>
      </w:r>
    </w:p>
    <w:p w14:paraId="7457E8DE" w14:textId="77777777" w:rsidR="00E63930" w:rsidRDefault="006C3EF7">
      <w:pPr>
        <w:pStyle w:val="berschrift2"/>
      </w:pPr>
      <w:r>
        <w:t>2. Angaben zum Hund</w:t>
      </w:r>
    </w:p>
    <w:p w14:paraId="6B8D9098" w14:textId="77777777" w:rsidR="00E63930" w:rsidRDefault="006C3EF7">
      <w:r>
        <w:rPr>
          <w:b/>
        </w:rPr>
        <w:t>Name des Hundes:</w:t>
      </w:r>
      <w:r>
        <w:t xml:space="preserve"> ______________________________________________</w:t>
      </w:r>
    </w:p>
    <w:p w14:paraId="30F1127A" w14:textId="77777777" w:rsidR="00E63930" w:rsidRDefault="006C3EF7">
      <w:r>
        <w:rPr>
          <w:b/>
        </w:rPr>
        <w:t>Rasse:</w:t>
      </w:r>
      <w:r>
        <w:t xml:space="preserve"> ______________________________________________</w:t>
      </w:r>
    </w:p>
    <w:p w14:paraId="2B5EA485" w14:textId="77777777" w:rsidR="00E63930" w:rsidRDefault="006C3EF7">
      <w:r>
        <w:rPr>
          <w:b/>
        </w:rPr>
        <w:t>Geburtsdatum / Alter:</w:t>
      </w:r>
      <w:r>
        <w:t xml:space="preserve"> ______________________________________________</w:t>
      </w:r>
    </w:p>
    <w:p w14:paraId="68DA3FC1" w14:textId="77777777" w:rsidR="00E63930" w:rsidRDefault="006C3EF7">
      <w:r>
        <w:rPr>
          <w:b/>
        </w:rPr>
        <w:t>Geschlecht:</w:t>
      </w:r>
      <w:r>
        <w:t xml:space="preserve"> ______________________________________________</w:t>
      </w:r>
    </w:p>
    <w:p w14:paraId="17CCCD38" w14:textId="77777777" w:rsidR="00E63930" w:rsidRDefault="006C3EF7">
      <w:r>
        <w:rPr>
          <w:b/>
        </w:rPr>
        <w:t>Chipnummer:</w:t>
      </w:r>
      <w:r>
        <w:t xml:space="preserve"> ______________________________________________</w:t>
      </w:r>
    </w:p>
    <w:p w14:paraId="26E9ABB8" w14:textId="77777777" w:rsidR="00E63930" w:rsidRDefault="006C3EF7">
      <w:r>
        <w:t>☐ Rüde    ☐ Hündin    ☐ kastriert    ☐ unkastriert</w:t>
      </w:r>
    </w:p>
    <w:p w14:paraId="6D6D8B88" w14:textId="77777777" w:rsidR="00E63930" w:rsidRDefault="006C3EF7">
      <w:pPr>
        <w:pStyle w:val="berschrift2"/>
      </w:pPr>
      <w:r>
        <w:t>3. Vertragsbeginn</w:t>
      </w:r>
    </w:p>
    <w:p w14:paraId="1E8ECA82" w14:textId="77777777" w:rsidR="00E63930" w:rsidRDefault="006C3EF7">
      <w:r>
        <w:rPr>
          <w:b/>
        </w:rPr>
        <w:t>Beginn:</w:t>
      </w:r>
      <w:r>
        <w:t xml:space="preserve"> ______________________________________________</w:t>
      </w:r>
    </w:p>
    <w:p w14:paraId="66FB987E" w14:textId="77777777" w:rsidR="00E63930" w:rsidRDefault="006C3EF7">
      <w:r>
        <w:t>Der Vertrag gilt bis auf Widerruf oder schriftliche Beendigung.</w:t>
      </w:r>
    </w:p>
    <w:p w14:paraId="5D160D9C" w14:textId="77777777" w:rsidR="00E63930" w:rsidRDefault="006C3EF7">
      <w:pPr>
        <w:pStyle w:val="berschrift2"/>
      </w:pPr>
      <w:r>
        <w:lastRenderedPageBreak/>
        <w:t>4. Leistungsumfang</w:t>
      </w:r>
    </w:p>
    <w:p w14:paraId="321512D5" w14:textId="77777777" w:rsidR="00E63930" w:rsidRDefault="006C3EF7">
      <w:r>
        <w:t>☐ Tagesbetreuung</w:t>
      </w:r>
    </w:p>
    <w:p w14:paraId="6D804433" w14:textId="77777777" w:rsidR="00E63930" w:rsidRDefault="006C3EF7">
      <w:r>
        <w:t>☐ Stundenbetreuung</w:t>
      </w:r>
    </w:p>
    <w:p w14:paraId="6CC55C06" w14:textId="77777777" w:rsidR="00E63930" w:rsidRDefault="006C3EF7">
      <w:r>
        <w:t>☐ Wochenend-/Urlaubsbetreuung</w:t>
      </w:r>
    </w:p>
    <w:p w14:paraId="6A6849FD" w14:textId="77777777" w:rsidR="00E63930" w:rsidRDefault="006C3EF7">
      <w:r>
        <w:t>☐ Dogwalking</w:t>
      </w:r>
    </w:p>
    <w:p w14:paraId="3DEB59D5" w14:textId="77777777" w:rsidR="00E63930" w:rsidRDefault="006C3EF7">
      <w:r>
        <w:t>☐ Maulkorbberatung</w:t>
      </w:r>
    </w:p>
    <w:p w14:paraId="08E221F0" w14:textId="77777777" w:rsidR="00E63930" w:rsidRDefault="006C3EF7">
      <w:r>
        <w:t>☐ Sonstiges: __________________</w:t>
      </w:r>
    </w:p>
    <w:p w14:paraId="663CBAB1" w14:textId="77777777" w:rsidR="00E63930" w:rsidRDefault="006C3EF7">
      <w:pPr>
        <w:pStyle w:val="berschrift2"/>
      </w:pPr>
      <w:r>
        <w:t>5. Betreuungsgrundsätze</w:t>
      </w:r>
    </w:p>
    <w:p w14:paraId="42D31595" w14:textId="77777777" w:rsidR="00E63930" w:rsidRDefault="006C3EF7">
      <w:r>
        <w:t>Die Betreuung erfolgt individuell und orientiert sich am Wohl des Hundes. Ruhe, Sicherheit, artgerechte Beschäftigung und die persönlichen Bedürfnisse des Hundes stehen im Mittelpunkt.</w:t>
      </w:r>
    </w:p>
    <w:p w14:paraId="36EFC394" w14:textId="77777777" w:rsidR="00E63930" w:rsidRDefault="006C3EF7">
      <w:pPr>
        <w:pStyle w:val="berschrift2"/>
      </w:pPr>
      <w:r>
        <w:t>6. Gesundheit</w:t>
      </w:r>
    </w:p>
    <w:p w14:paraId="272EE56D" w14:textId="77777777" w:rsidR="00E63930" w:rsidRDefault="006C3EF7">
      <w:r>
        <w:t>☐ Alle bekannten Erkrankungen wurden angegeben.</w:t>
      </w:r>
    </w:p>
    <w:p w14:paraId="4D244636" w14:textId="77777777" w:rsidR="00E63930" w:rsidRDefault="006C3EF7">
      <w:r>
        <w:t>☐ Allergien und Unverträglichkeiten wurden mitgeteilt.</w:t>
      </w:r>
    </w:p>
    <w:p w14:paraId="03A667A1" w14:textId="77777777" w:rsidR="00E63930" w:rsidRDefault="006C3EF7">
      <w:r>
        <w:t>☐ Medikamente wurden vollständig angegeben.</w:t>
      </w:r>
    </w:p>
    <w:p w14:paraId="21E22F15" w14:textId="77777777" w:rsidR="00E63930" w:rsidRDefault="006C3EF7">
      <w:r>
        <w:t>☐ Es sind keine ansteckenden Erkrankungen bekannt.</w:t>
      </w:r>
    </w:p>
    <w:p w14:paraId="7D34F6D1" w14:textId="77777777" w:rsidR="00E63930" w:rsidRDefault="006C3EF7">
      <w:pPr>
        <w:pStyle w:val="berschrift2"/>
      </w:pPr>
      <w:r>
        <w:t>7. Läufigkeit &amp; Inkontinenz</w:t>
      </w:r>
    </w:p>
    <w:p w14:paraId="73EDA6FC" w14:textId="77777777" w:rsidR="00E63930" w:rsidRDefault="006C3EF7">
      <w:r>
        <w:t>Der Hundehalter informiert vor Betreuungsbeginn über Läufigkeit oder Inkontinenz. Benötigte Hilfsmittel (z. B. Läufigkeits- oder Inkontinenzhöschen) werden bereitgestellt. Nach vorheriger Absprache beschaffte Materialien werden in Rechnung gestellt.</w:t>
      </w:r>
    </w:p>
    <w:p w14:paraId="7F2C0382" w14:textId="77777777" w:rsidR="00E63930" w:rsidRDefault="006C3EF7">
      <w:pPr>
        <w:pStyle w:val="berschrift2"/>
      </w:pPr>
      <w:r>
        <w:t>8. Medikamentengabe</w:t>
      </w:r>
    </w:p>
    <w:p w14:paraId="568F9D11" w14:textId="77777777" w:rsidR="00E63930" w:rsidRDefault="006C3EF7">
      <w:r>
        <w:t>Medikamente werden ausschließlich nach schriftlicher Dosierungsanweisung verabreicht.</w:t>
      </w:r>
    </w:p>
    <w:p w14:paraId="5E898558" w14:textId="77777777" w:rsidR="00E63930" w:rsidRDefault="006C3EF7">
      <w:pPr>
        <w:pStyle w:val="berschrift2"/>
      </w:pPr>
      <w:r>
        <w:t>9. Notfälle</w:t>
      </w:r>
    </w:p>
    <w:p w14:paraId="5CCD5796" w14:textId="77777777" w:rsidR="00E63930" w:rsidRDefault="006C3EF7">
      <w:r>
        <w:t>Bei Erkrankung oder Verletzung wird der Hundehalter schnellstmöglich informiert. Ist niemand erreichbar und eine sofortige Behandlung erforderlich, darf der Hund einem Tierarzt vorgestellt werden. Die Behandlungskosten trägt der Hundehalter.</w:t>
      </w:r>
    </w:p>
    <w:p w14:paraId="4CA5EE6E" w14:textId="77777777" w:rsidR="00E63930" w:rsidRDefault="006C3EF7">
      <w:pPr>
        <w:pStyle w:val="berschrift2"/>
      </w:pPr>
      <w:r>
        <w:t>10. Haftung</w:t>
      </w:r>
    </w:p>
    <w:p w14:paraId="14B8E31B" w14:textId="77777777" w:rsidR="00E63930" w:rsidRDefault="006C3EF7">
      <w:r>
        <w:t>Die Betreuung erfolgt mit größtmöglicher Sorgfalt. Im Übrigen gelten die gesetzlichen Haftungsvorschriften.</w:t>
      </w:r>
    </w:p>
    <w:p w14:paraId="13ED40ED" w14:textId="77777777" w:rsidR="00E63930" w:rsidRDefault="006C3EF7">
      <w:pPr>
        <w:pStyle w:val="berschrift2"/>
      </w:pPr>
      <w:r>
        <w:t>11. Zahlung</w:t>
      </w:r>
    </w:p>
    <w:p w14:paraId="0FE08DD5" w14:textId="77777777" w:rsidR="00E63930" w:rsidRDefault="006C3EF7">
      <w:r>
        <w:t>Es gelten die jeweils gültigen Preise.</w:t>
      </w:r>
    </w:p>
    <w:p w14:paraId="34ADCDAA" w14:textId="77777777" w:rsidR="00E63930" w:rsidRDefault="006C3EF7">
      <w:r>
        <w:t>☐ Kartenzahlung    ☐ Rechnung    ☐ PayPal</w:t>
      </w:r>
    </w:p>
    <w:p w14:paraId="0AB7CFD3" w14:textId="77777777" w:rsidR="00E63930" w:rsidRDefault="006C3EF7">
      <w:pPr>
        <w:pStyle w:val="berschrift2"/>
      </w:pPr>
      <w:r>
        <w:lastRenderedPageBreak/>
        <w:t>12. Bring- und Abholzeiten</w:t>
      </w:r>
    </w:p>
    <w:p w14:paraId="48AC75B1" w14:textId="77777777" w:rsidR="00E63930" w:rsidRDefault="006C3EF7">
      <w:r>
        <w:t>Erfolgen ausschließlich nach vorheriger Absprache.</w:t>
      </w:r>
    </w:p>
    <w:p w14:paraId="1B2BEF4E" w14:textId="77777777" w:rsidR="00E63930" w:rsidRDefault="006C3EF7">
      <w:pPr>
        <w:pStyle w:val="berschrift2"/>
      </w:pPr>
      <w:r>
        <w:t>13. Datenschutz</w:t>
      </w:r>
    </w:p>
    <w:p w14:paraId="7F883B4E" w14:textId="77777777" w:rsidR="00E63930" w:rsidRDefault="006C3EF7">
      <w:r>
        <w:t>Es gilt die gesonderte Datenschutzerklärung.</w:t>
      </w:r>
    </w:p>
    <w:p w14:paraId="2858137A" w14:textId="77777777" w:rsidR="00E63930" w:rsidRDefault="006C3EF7">
      <w:pPr>
        <w:pStyle w:val="berschrift2"/>
      </w:pPr>
      <w:r>
        <w:t>14. Vertragsänderungen</w:t>
      </w:r>
    </w:p>
    <w:p w14:paraId="55EFF7C6" w14:textId="77777777" w:rsidR="00E63930" w:rsidRDefault="006C3EF7">
      <w:r>
        <w:t>Änderungen oder Ergänzungen bedürfen der Schriftform.</w:t>
      </w:r>
    </w:p>
    <w:p w14:paraId="72015991" w14:textId="77777777" w:rsidR="00E63930" w:rsidRDefault="006C3EF7">
      <w:pPr>
        <w:pStyle w:val="berschrift2"/>
      </w:pPr>
      <w:r>
        <w:t>15. Salvatorische Klausel</w:t>
      </w:r>
    </w:p>
    <w:p w14:paraId="38D60C6F" w14:textId="77777777" w:rsidR="00E63930" w:rsidRDefault="006C3EF7">
      <w:r>
        <w:t>Sollten einzelne Bestimmungen unwirksam sein, bleiben die übrigen Regelungen unberührt.</w:t>
      </w:r>
    </w:p>
    <w:p w14:paraId="06A7C270" w14:textId="77777777" w:rsidR="00E63930" w:rsidRDefault="006C3EF7">
      <w:pPr>
        <w:pStyle w:val="berschrift2"/>
      </w:pPr>
      <w:r>
        <w:t>16. Unterschriften</w:t>
      </w:r>
    </w:p>
    <w:p w14:paraId="6CDAFA6F" w14:textId="77777777" w:rsidR="00E63930" w:rsidRDefault="006C3EF7">
      <w:r>
        <w:rPr>
          <w:b/>
        </w:rPr>
        <w:t>Ort:</w:t>
      </w:r>
      <w:r>
        <w:t xml:space="preserve"> ______________________________________________</w:t>
      </w:r>
    </w:p>
    <w:p w14:paraId="27C6538F" w14:textId="77777777" w:rsidR="00E63930" w:rsidRDefault="006C3EF7">
      <w:r>
        <w:rPr>
          <w:b/>
        </w:rPr>
        <w:t>Datum:</w:t>
      </w:r>
      <w:r>
        <w:t xml:space="preserve"> ______________________________________________</w:t>
      </w:r>
    </w:p>
    <w:p w14:paraId="7E8069B1" w14:textId="77777777" w:rsidR="00E63930" w:rsidRDefault="00E63930"/>
    <w:p w14:paraId="1F6395DA" w14:textId="77777777" w:rsidR="00E63930" w:rsidRDefault="006C3EF7">
      <w:r>
        <w:t>Hundehalter</w:t>
      </w:r>
    </w:p>
    <w:p w14:paraId="4A788B0F" w14:textId="77777777" w:rsidR="00E63930" w:rsidRDefault="006C3EF7">
      <w:r>
        <w:t>Name: ______________________________</w:t>
      </w:r>
    </w:p>
    <w:p w14:paraId="0D7BA781" w14:textId="77777777" w:rsidR="00E63930" w:rsidRDefault="006C3EF7">
      <w:r>
        <w:t>Unterschrift: ________________________</w:t>
      </w:r>
    </w:p>
    <w:p w14:paraId="5BD5A64D" w14:textId="77777777" w:rsidR="00E63930" w:rsidRDefault="00E63930"/>
    <w:p w14:paraId="2E59B8C8" w14:textId="77777777" w:rsidR="00E63930" w:rsidRDefault="006C3EF7">
      <w:r>
        <w:t>Tierbetreuung für Hunde – Sarah Möller</w:t>
      </w:r>
    </w:p>
    <w:p w14:paraId="43129E35" w14:textId="77777777" w:rsidR="00E63930" w:rsidRDefault="006C3EF7">
      <w:r>
        <w:t>Unterschrift: ________________________</w:t>
      </w:r>
    </w:p>
    <w:sectPr w:rsidR="00E63930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8489797">
    <w:abstractNumId w:val="8"/>
  </w:num>
  <w:num w:numId="2" w16cid:durableId="1399674225">
    <w:abstractNumId w:val="6"/>
  </w:num>
  <w:num w:numId="3" w16cid:durableId="154879666">
    <w:abstractNumId w:val="5"/>
  </w:num>
  <w:num w:numId="4" w16cid:durableId="1828550797">
    <w:abstractNumId w:val="4"/>
  </w:num>
  <w:num w:numId="5" w16cid:durableId="420686670">
    <w:abstractNumId w:val="7"/>
  </w:num>
  <w:num w:numId="6" w16cid:durableId="1938513964">
    <w:abstractNumId w:val="3"/>
  </w:num>
  <w:num w:numId="7" w16cid:durableId="71003783">
    <w:abstractNumId w:val="2"/>
  </w:num>
  <w:num w:numId="8" w16cid:durableId="646593756">
    <w:abstractNumId w:val="1"/>
  </w:num>
  <w:num w:numId="9" w16cid:durableId="1075662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C3EF7"/>
    <w:rsid w:val="006F675D"/>
    <w:rsid w:val="00731B98"/>
    <w:rsid w:val="00AA1D8D"/>
    <w:rsid w:val="00B47730"/>
    <w:rsid w:val="00C64633"/>
    <w:rsid w:val="00CB0664"/>
    <w:rsid w:val="00D120B8"/>
    <w:rsid w:val="00E639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CC551"/>
  <w14:defaultImageDpi w14:val="300"/>
  <w15:docId w15:val="{1A198602-A0D1-429A-B8DF-FD858338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Möller</cp:lastModifiedBy>
  <cp:revision>3</cp:revision>
  <dcterms:created xsi:type="dcterms:W3CDTF">2026-07-24T06:30:00Z</dcterms:created>
  <dcterms:modified xsi:type="dcterms:W3CDTF">2026-07-25T10:13:00Z</dcterms:modified>
  <cp:category/>
</cp:coreProperties>
</file>